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AI时代的焦虑 · 学习包</w:t>
      </w:r>
    </w:p>
    <w:p>
      <w:r>
        <w:t>主体性如何重生 · 原书作者：王德生 · ISBN 979-8-90690-557-4 · 第474号 · US$50.00</w:t>
      </w:r>
    </w:p>
    <w:p>
      <w:r>
        <w:t>先答、带问阅读、再答、讨论、本人修订、迁移与观察。初答不覆盖；建议待核对；理解、赞同和现实应用分别记录。本包是配套学习设计，不是著者原文或已验证训练量表；学习记录只作本人回看与讨论，不用于打分、评级或录取。</w:t>
      </w:r>
    </w:p>
    <w:p>
      <w:r>
        <w:t>在线学习：https://sdeuniverses.com/books/m/474/agent/learning.html</w:t>
      </w:r>
    </w:p>
    <w:p>
      <w:r>
        <w:br w:type="page"/>
      </w:r>
    </w:p>
    <w:p>
      <w:r>
        <w:t>第一部 · 总纲：从主体性错位到主体性革命</w:t>
      </w:r>
    </w:p>
    <w:p>
      <w:pPr>
        <w:pStyle w:val="Heading1"/>
      </w:pPr>
      <w:r>
        <w:t>01  第1章：同一种慌，四种说法</w:t>
      </w:r>
    </w:p>
    <w:p>
      <w:r>
        <w:t>第 1 章　同一种慌，四种说法 · 原文：https://sdeuniverses.com/books/m/474/text/#s7</w:t>
      </w:r>
    </w:p>
    <w:p>
      <w:pPr>
        <w:pStyle w:val="Heading2"/>
      </w:pPr>
      <w:r>
        <w:t>带着问读</w:t>
      </w:r>
    </w:p>
    <w:p>
      <w:r>
        <w:t>先想：你最近一次心里发慌，问的是哪一个问题？它的主语是谁？ 再读第 1 章（第一部　总纲）：第一节「一顿生日饭」；第二节「问的是同一位」；第三节「想的已经换了一位」；第四节「判词：主体性错位」；第五节「错位不是第一次」；第六节「车来了，你问什么」；第七节「换掉问法的主语」；第八节「两个星期以后」。读的时候找三处：本章的旧问法，主语是哪一个自然人角色？换成哪一个角色-AI（人-AI 思维复合主体（本章场景里的角色-AI））以后，问题变成了什么？本章“完整的例子”里，诞生三判据（来回、回写、承接）齐了没有，意义、价值、信息哪一组升了级？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核对要点：换了主语，错位生出的慌会没了来处；真实的难处还在，可是有了一个能去做、能去试的新问题。 这一处：罗家四种慌，都是旧问法——主语是一个单独的、脑袋里装着符号的自然人。 复合主体诞生了没有：唐小舟和机器在第三段那一下来回里诞生了一次；回写落在他身上——下一次写人，他会先找一个让人记住的动作。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第一部 · 总纲：从主体性错位到主体性革命</w:t>
      </w:r>
    </w:p>
    <w:p>
      <w:pPr>
        <w:pStyle w:val="Heading1"/>
      </w:pPr>
      <w:r>
        <w:t>02  第2章：大脑为符号的自然人思考主体</w:t>
      </w:r>
    </w:p>
    <w:p>
      <w:r>
        <w:t>第 2 章　大脑为符号的自然人思考主体 · 原文：https://sdeuniverses.com/books/m/474/text/#s8</w:t>
      </w:r>
    </w:p>
    <w:p>
      <w:pPr>
        <w:pStyle w:val="Heading2"/>
      </w:pPr>
      <w:r>
        <w:t>带着问读</w:t>
      </w:r>
    </w:p>
    <w:p>
      <w:r>
        <w:t>先想：你身边有哪一张表、哪一个格子，默认「想是一个人的事」？你填它的时候，有没有想过它背后站着什么？ 再读第 2 章（第一部　总纲）：第一节「周日饭后的一道题」；第二节「从里面看，是什么样」；第三节「四条常识，各长在哪里」；第四节「它对在哪里」；第五节「一整套制度，站在它上面」；第六节「最强大脑」；第七节「一道摆角六十度的题」；第八节「第三个星期，和没有变的」。读的时候找三处：本章的旧问法，主语是哪一个自然人角色？换成哪一个角色-AI（人-AI 思维复合主体（本章场景里的角色-AI））以后，问题变成了什么？本章“完整的例子”里，诞生三判据（来回、回写、承接）齐了没有，意义、价值、信息哪一组升了级？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核对要点：四条常识没有被推翻，只是在一个周日晚上各松了一下。松开的地方，长出了一个新问题：这一步的前提，在这件事里成立吗？ 这一处：「你脑子里有什么」，问的是大脑为符号的自然人思考主体；它在器具对人人一样的土里完全成立，在复合主体已经发生的地方，问的是另一位。 复合主体诞生了没有：诞生了一次，在爸爸问出「括号里那四个字，念出来」的那一下；回写落在三处：对话里的「条件」一行，课堂上公式头顶的小字，实验讲义上的「摆角」一栏。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第一部 · 总纲：从主体性错位到主体性革命</w:t>
      </w:r>
    </w:p>
    <w:p>
      <w:pPr>
        <w:pStyle w:val="Heading1"/>
      </w:pPr>
      <w:r>
        <w:t>03  第3章：错位是怎样发生的</w:t>
      </w:r>
    </w:p>
    <w:p>
      <w:r>
        <w:t>第 3 章　错位是怎样发生的 · 原文：https://sdeuniverses.com/books/m/474/text/#s9</w:t>
      </w:r>
    </w:p>
    <w:p>
      <w:pPr>
        <w:pStyle w:val="Heading2"/>
      </w:pPr>
      <w:r>
        <w:t>带着问读</w:t>
      </w:r>
    </w:p>
    <w:p>
      <w:r>
        <w:t>先想：你最近一次想「我自己行不行」的时候，你是不是做了「分账」「称重」「守位」三个动作里的一个？ 再读第 3 章（第一部　总纲）：第一节「同一个图标，两样东西」；第二节「处境在复合里，问法在自然人里」；第三节「错位里面的那个动作」；第四节「在旧问法里越问越慌」；第五节「为什么聪明人更容易慌」；第六节「译者-AI 在哪一下诞生」；第七节「三个星期」；第八节「放回日子里」。读的时候找三处：本章的旧问法，主语是哪一个自然人角色？换成哪一个角色-AI（人-AI 思维复合主体（本章场景里的角色-AI））以后，问题变成了什么？本章“完整的例子”里，诞生三判据（来回、回写、承接）齐了没有，意义、价值、信息哪一组升了级？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核对要点：「我值多少」没了来处，报价单上的价钱还在；变的是，它从一场对自己的审判，成了一件能拆开来谈的事。 这一处：孙静的四个问题，都是旧问法——「我」是一个单独的自然人，二十年存在脑袋里，位置是一把现成的椅子。 复合主体诞生了没有：周一上午那二十分钟，译者-AI 诞生了一次，回写落在孙静的术语本和一鸣的做法上，认账落在封面上两个名字；之后每一份活，它都要再诞生一次。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第一部 · 总纲：从主体性错位到主体性革命</w:t>
      </w:r>
    </w:p>
    <w:p>
      <w:pPr>
        <w:pStyle w:val="Heading1"/>
      </w:pPr>
      <w:r>
        <w:t>04  第4章：五把旧刀，一个病根</w:t>
      </w:r>
    </w:p>
    <w:p>
      <w:r>
        <w:t>第 4 章　五把旧刀，一个病根 · 原文：https://sdeuniverses.com/books/m/474/text/#s10</w:t>
      </w:r>
    </w:p>
    <w:p>
      <w:pPr>
        <w:pStyle w:val="Heading2"/>
      </w:pPr>
      <w:r>
        <w:t>带着问读</w:t>
      </w:r>
    </w:p>
    <w:p>
      <w:r>
        <w:t>先想：你读过或听过的那些「解决焦虑的办法」，有哪一个，换掉了问题里的词，却没有换掉问题里的那个「我」？ 再读第 4 章（第一部　总纲）：第一节「软木板上的五张便条」；第二节「头两把刀：尺子和账」；第三节「中间两把刀：句式和路」；第四节「第五把刀：教育对象」；第五节「五把刀各对在哪里」；第六节「便条背面的同一个词」；第七节「本书只做这一件」。读的时候找三处：本章的旧问法，主语是哪一个自然人角色？换成哪一个角色-AI（人-AI 思维复合主体（本章场景里的角色-AI））以后，问题变成了什么？本章“完整的例子”里，诞生三判据（来回、回写、承接）齐了没有，意义、价值、信息哪一组升了级？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核对要点：本书不是第六把刀；它不动问题里的哪一个词，只把问法的主语，从单独的自然人，换成场景里的角色-AI。 这一处：吴家五张便条，五把旧刀都砍得对，底下却是同一个旧问法——主语是一个单独的、自己拥有本事、自己在想的自然人。 复合主体诞生了没有：吴越和机器在那一锅「沙、清、抢」的来回里诞生了一次；回写落在他自己的起手方式上，也落在春生的锅边和合作社的那只盒子上。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第一部 · 总纲：从主体性错位到主体性革命</w:t>
      </w:r>
    </w:p>
    <w:p>
      <w:pPr>
        <w:pStyle w:val="Heading1"/>
      </w:pPr>
      <w:r>
        <w:t>05  第5章：为什么修补不够</w:t>
      </w:r>
    </w:p>
    <w:p>
      <w:r>
        <w:t>第 5 章　为什么修补不够 · 原文：https://sdeuniverses.com/books/m/474/text/#s11</w:t>
      </w:r>
    </w:p>
    <w:p>
      <w:pPr>
        <w:pStyle w:val="Heading2"/>
      </w:pPr>
      <w:r>
        <w:t>带着问读</w:t>
      </w:r>
    </w:p>
    <w:p>
      <w:r>
        <w:t>先想：你最近为了应付 AI 带来的慌，做过的补救是哪一种：学得更多、跑得更快，还是躲开？它们问的，是不是同一个句子？ 再读第 5 章（第一部　总纲）：第一节「冰箱门上的三张纸」；第二节「补救一：学得更多」；第三节「补救二：跑得更快」；第四节「补救三：躲开 AI」；第五节「三种补救，一个主语」；第六节「换的不是方法，是谁在思考」；第七节「一个春天的三个星期」；第八节「放回日子里」。读的时候找三处：本章的旧问法，主语是哪一个自然人角色？换成哪一个角色-AI（人-AI 思维复合主体（本章场景里的角色-AI））以后，问题变成了什么？本章“完整的例子”里，诞生三判据（来回、回写、承接）齐了没有，意义、价值、信息哪一组升了级？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核对要点：修补让旧主体多撑一阵，革命换掉问话的那一位。学过的、跑过的、守过的，不白费，只是在新的复合里换了位置。 这一处：郑家三种修补——学得更多、跑得更快、躲开 AI——问的都是旧问法，主语是一个单独的、要存款、要速度、要守城的自然人。 复合主体诞生了没有：郑怀远与机器在那一晚十几下来回里，讲解员-AI 诞生了一次；回写落在孩子们的话、一张看脸的卡片，和他自己停下来听一个孩子说话的讲法上；第四周一个累极的周二，它没有诞生。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第一部 · 总纲：从主体性错位到主体性革命</w:t>
      </w:r>
    </w:p>
    <w:p>
      <w:pPr>
        <w:pStyle w:val="Heading1"/>
      </w:pPr>
      <w:r>
        <w:t>06  第6章：主体性革命：角色-AI 复合主体</w:t>
      </w:r>
    </w:p>
    <w:p>
      <w:r>
        <w:t>第 6 章　主体性革命：角色-AI 复合主体 · 原文：https://sdeuniverses.com/books/m/474/text/#s12</w:t>
      </w:r>
    </w:p>
    <w:p>
      <w:pPr>
        <w:pStyle w:val="Heading2"/>
      </w:pPr>
      <w:r>
        <w:t>带着问读</w:t>
      </w:r>
    </w:p>
    <w:p>
      <w:r>
        <w:t>先想：你最近一次和 AI 一起做一件事，是在哪个场子里？这个场子，该叫什么-AI？ 再读第 6 章（第一部　总纲）：第一节「一条曲线，到底是谁的」；第二节「上课和科研，两个新名字」；第三节「名字怎样排开，三部各叫什么」；第四节「腿-车，入门的样子」；第五节「一个课题组里，名字怎样成了真的」；第六节「名字的边界：它不指什么」；第七节「回到那个周四」。读的时候找三处：本章的旧问法，主语是哪一个自然人角色？换成哪一个角色-AI（人-AI 思维复合主体（本章场景里的角色-AI））以后，问题变成了什么？本章“完整的例子”里，诞生三判据（来回、回写、承接）齐了没有，意义、价值、信息哪一组升了级？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核对要点：先写下场子的名字，再指出一次具体的来回。指得出，名字就是实的；指不出，名字只是一句口号。 这一处：「这条线是谁的」「我是不是抢了功、偷了懒」，都是旧问法，主语是一个单独的、脑袋里装着符号的自然人。 复合主体诞生了没有：冯雪的课题组，在「这条线最可能错在哪里」被问出口、批次被拆开、小岳当众认领这几步里，诞生了一回科学家-AI；回写落在实验记录本上多出的一栏、组会的开场问法，以及小岳以后拿到漂亮曲线的第一反应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第一部 · 总纲：从主体性错位到主体性革命</w:t>
      </w:r>
    </w:p>
    <w:p>
      <w:pPr>
        <w:pStyle w:val="Heading1"/>
      </w:pPr>
      <w:r>
        <w:t>07  第7章：革命在哪一下发生</w:t>
      </w:r>
    </w:p>
    <w:p>
      <w:r>
        <w:t>第 7 章　革命在哪一下发生 · 原文：https://sdeuniverses.com/books/m/474/text/#s13</w:t>
      </w:r>
    </w:p>
    <w:p>
      <w:pPr>
        <w:pStyle w:val="Heading2"/>
      </w:pPr>
      <w:r>
        <w:t>带着问读</w:t>
      </w:r>
    </w:p>
    <w:p>
      <w:r>
        <w:t>先想：你上一次用 AI，是「取」「过」「悬」里的哪一种？有没有哪一句，是你接着它说的？ 再读第 7 章（第一部　总纲）：第一节「夜里十一点」；第二节「「这是谁想的」」；第三节「它不先在」；第四节「三条看得见的判据」；第五节「三条不齐，只是「用了」；齐了，也可能是负的」；第六节「「人加 AI」，不是更强的新我」；第七节「三个星期，一罐一罐的陈皮」。读的时候找三处：本章的旧问法，主语是哪一个自然人角色？换成哪一个角色-AI（人-AI 思维复合主体（本章场景里的角色-AI））以后，问题变成了什么？本章“完整的例子”里，诞生三判据（来回、回写、承接）齐了没有，意义、价值、信息哪一组升了级？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核对要点：革命不在某一年、某一个人身上，在一个晚上的一来一回里：问话被改了，手被改了，东西被人接住了。 这一处：陈绮雯起初问的是「怎样说服阿妈」，后来别人问的是「这是谁想的」——都是旧问法，主语是一个单独的、先在的人。 复合主体诞生了没有：女儿-AI 在那个晚上的一来一回里诞生了一次，下一个周六是另一次；回写落在她的问话和手上，也落在母亲那一罐一罐的陈皮和一家人的话题上。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第一部 · 总纲：从主体性错位到主体性革命</w:t>
      </w:r>
    </w:p>
    <w:p>
      <w:pPr>
        <w:pStyle w:val="Heading1"/>
      </w:pPr>
      <w:r>
        <w:t>08  第8章：革命不是推翻人</w:t>
      </w:r>
    </w:p>
    <w:p>
      <w:r>
        <w:t>第 8 章　革命不是推翻人 · 原文：https://sdeuniverses.com/books/m/474/text/#s14</w:t>
      </w:r>
    </w:p>
    <w:p>
      <w:pPr>
        <w:pStyle w:val="Heading2"/>
      </w:pPr>
      <w:r>
        <w:t>带着问读</w:t>
      </w:r>
    </w:p>
    <w:p>
      <w:r>
        <w:t>先想：有没有一句安慰过你的话，像「挺过去，你还是你」，听完以后你反而更紧了？它预设了一个什么样的「原来的我」？ 再读第 8 章（第一部　总纲）：第一节「褚老师睡不着」；第二节「第一次被叫「老师」」；第三节「重生不是复活」；第四节「人坐在哪里」；第五节「错了算谁的」；第六节「六个星期，三组问题看一遍」；第七节「回到那张饭桌」。读的时候找三处：本章的旧问法，主语是哪一个自然人角色？换成哪一个角色-AI（人-AI 思维复合主体（本章场景里的角色-AI））以后，问题变成了什么？本章“完整的例子”里，诞生三判据（来回、回写、承接）齐了没有，意义、价值、信息哪一组升了级？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核对要点：革命推翻的是问法的主语，不是人：人在复合里换了坐法，旧的「我」成了土，新的「我」在每一次来回里重新发生。 这一处：褚建华起初问「我还是不是原来的老师」，是旧问法——主语是一位脑袋里装着讲法的自然人。后来问「教师-AI 在这个班里怎样诞生」，是新问法。 复合主体诞生了没有：周五第三节课诞生了一次（有来回、有回写、有承接），散了；回写落在三处——他的讲法多了「翻过来」，他的小本子多了一页，他的班里多了一个查账员。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第一部 · 总纲：从主体性错位到主体性革命</w:t>
      </w:r>
    </w:p>
    <w:p>
      <w:pPr>
        <w:pStyle w:val="Heading1"/>
      </w:pPr>
      <w:r>
        <w:t>09  第9章：换主语</w:t>
      </w:r>
    </w:p>
    <w:p>
      <w:r>
        <w:t>第 9 章　换主语 · 原文：https://sdeuniverses.com/books/m/474/text/#s15</w:t>
      </w:r>
    </w:p>
    <w:p>
      <w:pPr>
        <w:pStyle w:val="Heading2"/>
      </w:pPr>
      <w:r>
        <w:t>带着问读</w:t>
      </w:r>
    </w:p>
    <w:p>
      <w:r>
        <w:t>先想：你最近一次写下或说出的那个让你慌的问题，是不是出现在这二十张纸条里？它的主语是谁？ 再读第 9 章（第一部　总纲）：第一节「周四夜里的纸条箱」；第二节「问的那一位」；第三节「改问的手艺，和一道交通题」；第四节「家长的五张纸条」；第五节「职场的五张纸条」；第六节「年轻人的五张纸条」；第七节「老人的五张纸条」；第八节「一张纸条的三个星期，和焦虑的两种下落」。读的时候找三处：本章的旧问法，主语是哪一个自然人角色？换成哪一个角色-AI（人-AI 思维复合主体（本章场景里的角色-AI））以后，问题变成了什么？本章“完整的例子”里，诞生三判据（来回、回写、承接）齐了没有，意义、价值、信息哪一组升了级？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核对要点：焦虑有两种下落：错认生出的那一份，随旧问题一起没了来处；真实的代价，不会消失，换主语只是给它们一个能去的地方。 这一处：纸条箱里的二十个问题，问法都是旧的——主语是一位脑袋里装着符号、单独在想、单独占位置的自然人。 复合主体诞生了没有：邱阿婆和机器、知夏三个星期里，诞生了三回绣娘-AI；回写落在「拨」这个名字上，落在先暗后亮的两个理由上，落在知夏每天坐下来的两个小时里。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第一部 · 总纲：从主体性错位到主体性革命</w:t>
      </w:r>
    </w:p>
    <w:p>
      <w:pPr>
        <w:pStyle w:val="Heading1"/>
      </w:pPr>
      <w:r>
        <w:t>10  第10章：复合体的三组新问题</w:t>
      </w:r>
    </w:p>
    <w:p>
      <w:r>
        <w:t>第 10 章　复合体的三组新问题 · 原文：https://sdeuniverses.com/books/m/474/text/#s16</w:t>
      </w:r>
    </w:p>
    <w:p>
      <w:pPr>
        <w:pStyle w:val="Heading2"/>
      </w:pPr>
      <w:r>
        <w:t>带着问读</w:t>
      </w:r>
    </w:p>
    <w:p>
      <w:r>
        <w:t>先想：你最近一次说「这件事没有办法」，是在哪一件事上？它的主语是谁？换成你所在场景里的「角色-AI」，它还无解吗？ 再读第 10 章（第一部　总纲）：第一节「换了主语，然后呢」；第二节「意义：这一回是不是活的想」；第三节「价值：想出来的东西有多少分量」；第四节「信息：路网变厚了」；第五节「无解怎样成了动力」；第六节「真实的代价照实写」；第七节「判词怎样才算错」；第八节「三部地图与明天能试」。读的时候找三处：本章的旧问法，主语是哪一个自然人角色？换成哪一个角色-AI（人-AI 思维复合主体（本章场景里的角色-AI））以后，问题变成了什么？本章“完整的例子”里，诞生三判据（来回、回写、承接）齐了没有，意义、价值、信息哪一组升了级？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核对要点：三组九问，不是考题，是往哪里看的尺子：意义、价值、信息，各升到了哪里。说不出多了什么，往往就是还没升。 这一处：蒋家换了主语以后，尺子仍是旧的，问题就空了；换成意义、价值、信息三组，才有地方可看。 复合主体诞生了没有：雅婷和机器在「钟点」那一下来回里诞生了一次，德明在闸口那一问里诞生了一次，丽珠在「在途不可见」里诞生了一次；回写落在了雅婷看小贩摊的眼光、德明的班表、丽珠部门的叫法上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第二部 · 家长：孩子-AI 如何学习</w:t>
      </w:r>
    </w:p>
    <w:p>
      <w:pPr>
        <w:pStyle w:val="Heading1"/>
      </w:pPr>
      <w:r>
        <w:t>11  第11章：深夜的作业本</w:t>
      </w:r>
    </w:p>
    <w:p>
      <w:r>
        <w:t>第 11 章　深夜的作业本 · 原文：https://sdeuniverses.com/books/m/474/text/#s18</w:t>
      </w:r>
    </w:p>
    <w:p>
      <w:pPr>
        <w:pStyle w:val="Heading2"/>
      </w:pPr>
      <w:r>
        <w:t>带着问读</w:t>
      </w:r>
    </w:p>
    <w:p>
      <w:r>
        <w:t>先想：你自己在孩子的作业本旁边，最近一次心里发紧，问的是哪一句？那一句里，默认了谁在想、想的东西装在哪里？ 再读第 11 章（第二部　家长）：第一节「晚上十点的书桌」；第二节「家长焦虑的五种说法」；第三节「五句话问的是同一位」；第四节「家长越尽力，越往旧问法里陷」；第五节「这一夜还可以怎样问」；第六节「沈家的三个星期」；第七节「回到书桌」。读的时候找三处：本章的旧问法，主语是哪一个自然人角色？换成哪一个角色-AI（孩子-AI（学生-AI）、家长-AI、家庭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核对要点：深夜的作业本旁边，可以有另一个问法：不问孩子脑袋里装了多少，问这个来回里今天长出了什么。 这一处：宋瑜的五句话，孩子该学什么、有没有用、别人家、怎么管、我不会，都是旧问法——主语是一个单独的、脑袋里装着符号的自然人。 复合主体诞生了没有：沈昭和机器在那排小圆点前诞生了一次，回写落在她的错题本和她下一次先画线的动作上，也落在宋瑜的问句上。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第二部 · 家长：孩子-AI 如何学习</w:t>
      </w:r>
    </w:p>
    <w:p>
      <w:pPr>
        <w:pStyle w:val="Heading1"/>
      </w:pPr>
      <w:r>
        <w:t>12  第12章：孩子-AI：教育里的主体性革命</w:t>
      </w:r>
    </w:p>
    <w:p>
      <w:r>
        <w:t>第 12 章　孩子-AI：教育里的主体性革命 · 原文：https://sdeuniverses.com/books/m/474/text/#s19</w:t>
      </w:r>
    </w:p>
    <w:p>
      <w:pPr>
        <w:pStyle w:val="Heading2"/>
      </w:pPr>
      <w:r>
        <w:t>带着问读</w:t>
      </w:r>
    </w:p>
    <w:p>
      <w:r>
        <w:t>先想：你家里最近一次问「孩子该学什么」，默认的是一个什么样的孩子：一个单独的、脑袋里装东西的孩子，还是正在和什么来回的孩子？ 再读第 12 章（第二部　家长）：第一节「红谷滩楼下的一句话」；第二节「这句话，曾经完全对」；第三节「错在哪一个字上」；第四节「腿和车，放进教室」；第五节「一张书桌上的三个星期」；第六节「放回日子里」。读的时候找三处：本章的旧问法，主语是哪一个自然人角色？换成哪一个角色-AI（孩子-AI（学生-AI）、家长-AI、家庭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核对要点：一个复合主体有没有诞生，看三件事：来回里，一方的话改了另一方的下一步；结果改了下一次的起点；错了，有人认。 这一处：旧问法是「孩子该学什么」，默认有一个单独的孩子在往脑袋里装东西；新问法是「孩子-AI 这个复合主体如何学习、学习什么、如何思考、思考什么」。 孩子-AI 在瓦罐汤那三个星期里诞生了不止一次：来回里一方改了另一方的下一步，红笔那一行「先说好，什么时候算零」回写到了孩子身上，错了的数字由孩子自己认下。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第二部 · 家长：孩子-AI 如何学习</w:t>
      </w:r>
    </w:p>
    <w:p>
      <w:pPr>
        <w:pStyle w:val="Heading1"/>
      </w:pPr>
      <w:r>
        <w:t>13  第13章：创造地学：同一台 AI，两个晚上</w:t>
      </w:r>
    </w:p>
    <w:p>
      <w:r>
        <w:t>第 13 章　创造地学：同一台 AI，两个晚上 · 原文：https://sdeuniverses.com/books/m/474/text/#s20</w:t>
      </w:r>
    </w:p>
    <w:p>
      <w:pPr>
        <w:pStyle w:val="Heading2"/>
      </w:pPr>
      <w:r>
        <w:t>带着问读</w:t>
      </w:r>
    </w:p>
    <w:p>
      <w:r>
        <w:t>先想：你家孩子最近交上去的一份作业，里面有没有一样东西，是你知道他自己手里长出来的？是哪一样？ 再读第 13 章（第二部　家长）：第一节「周日晚上的那份报告」；第二节「旧问法：看作品」；第三节「学不是拿，是诞生」；第四节「第二个晚上」；第五节「分界在回写」；第六节「三个星期以后」；第七节「放回日子里」。读的时候找三处：本章的旧问法，主语是哪一个自然人角色？换成哪一个角色-AI（孩子-AI（学生-AI）、家长-AI、家庭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核对要点：作品不再是收据。问孩子「做出了什么」不如问「这一回，你手里长出了什么」——那一样东西，才是学。 这一处：杨家妈妈的「是不是你自己写的」，是旧问法——主语是一个脑袋里装着符号的孩子，作品是他取出来给人看的收据。 复合主体诞生了没有：第一个晚上没有（无来回、无回写、无承接）；第二个晚上，孩子-AI（学生-AI 复合主体）在「是潮涨到了那里，还是一个大浪冲到了那里」那个来回里诞生了一次；回写落在孩子的表头上，也落在妈妈的账本上。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第二部 · 家长：孩子-AI 如何学习</w:t>
      </w:r>
    </w:p>
    <w:p>
      <w:pPr>
        <w:pStyle w:val="Heading1"/>
      </w:pPr>
      <w:r>
        <w:t>14  第14章：自由地学：别人家的孩子</w:t>
      </w:r>
    </w:p>
    <w:p>
      <w:r>
        <w:t>第 14 章　自由地学：别人家的孩子 · 原文：https://sdeuniverses.com/books/m/474/text/#s21</w:t>
      </w:r>
    </w:p>
    <w:p>
      <w:pPr>
        <w:pStyle w:val="Heading2"/>
      </w:pPr>
      <w:r>
        <w:t>带着问读</w:t>
      </w:r>
    </w:p>
    <w:p>
      <w:r>
        <w:t>先想：你家孩子最近一次被拿去和别人比，比的是哪一把尺子？这把尺子量不到的，有什么？ 再读第 14 章（第二部　家长）：第一节「一口红汤锅，一张名次单」；第二节「选，和裁」；第三节「比较怎样把路焊死」；第四节「别人家的孩子，也是一个孩子-AI」；第五节「六个星期，一本小面账」；第六节「家长站在路边上」；第七节「回到火锅桌上」。读的时候找三处：本章的旧问法，主语是哪一个自然人角色？换成哪一个角色-AI（孩子-AI（学生-AI）、家长-AI、家庭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核对要点：自由不是挑得多，是裁得出。孩子-AI 的路只属于这一段日子里的这一个孩子，家长的手放在路边，不放在路前面。 这一处：「别人家的孩子」「你就不能像人家一样」，是旧问法，主语是一个单独的孩子，一个脑袋，一个名次。 复合主体诞生了没有：朱芸和机器在「我爸不是这样记的」那一下来回里诞生，回写落在她看图的顺序、爸爸备料的习惯、妈妈坐进这条路的位置，也落在谭家的饭桌上。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第二部 · 家长：孩子-AI 如何学习</w:t>
      </w:r>
    </w:p>
    <w:p>
      <w:pPr>
        <w:pStyle w:val="Heading1"/>
      </w:pPr>
      <w:r>
        <w:t>15  第15章：幸福地学：卡住到想通的那股劲</w:t>
      </w:r>
    </w:p>
    <w:p>
      <w:r>
        <w:t>第 15 章　幸福地学：卡住到想通的那股劲 · 原文：https://sdeuniverses.com/books/m/474/text/#s22</w:t>
      </w:r>
    </w:p>
    <w:p>
      <w:pPr>
        <w:pStyle w:val="Heading2"/>
      </w:pPr>
      <w:r>
        <w:t>带着问读</w:t>
      </w:r>
    </w:p>
    <w:p>
      <w:r>
        <w:t>先想：你最近一次看孩子做作业，那声叹气或笑声，出现在哪一个时刻？是卡住的时候，还是想通的时候，还是交差的时候？ 再读第 15 章（第二部　家长）：第一节「四十分钟之后的一声「嗯」」；第二节「旧问法：苦，还是乐」；第三节「幸福住在中间那一拍」；第四节「中间被拿掉了」；第五节「换了主语，把「想通」留下来」；第六节「三个星期」；第七节「缺一样，各会怎样」；第八节「回到那间书房」。读的时候找三处：本章的旧问法，主语是哪一个自然人角色？换成哪一个角色-AI（孩子-AI（学生-AI）、家长-AI、家庭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核对要点：幸福不能追，只能留出位置：别接走孩子手里的那一拍，别让它被日程吞，别让它被甜味包住。 这一处：秦家夫妻最初问的是「她学得苦不苦、乐不乐」，主语是一个单独的孩子，问的是心里的读数，这是旧问法。 复合主体诞生了没有：学生-AI 在周二夜里那二十五分钟的来回里诞生了一次；回写落在她身上（下次先问「几个？」），也落在同桌、落在一个站在门口不进去的父亲身上。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第二部 · 家长：孩子-AI 如何学习</w:t>
      </w:r>
    </w:p>
    <w:p>
      <w:pPr>
        <w:pStyle w:val="Heading1"/>
      </w:pPr>
      <w:r>
        <w:t>16  第16章：孩子-AI 的真善美</w:t>
      </w:r>
    </w:p>
    <w:p>
      <w:r>
        <w:t>第 16 章　孩子-AI 的真善美 · 原文：https://sdeuniverses.com/books/m/474/text/#s23</w:t>
      </w:r>
    </w:p>
    <w:p>
      <w:pPr>
        <w:pStyle w:val="Heading2"/>
      </w:pPr>
      <w:r>
        <w:t>带着问读</w:t>
      </w:r>
    </w:p>
    <w:p>
      <w:r>
        <w:t>先想：你家孩子最近交上去的一份东西，里面哪一句是判过的，哪一句是顺口带过的？ 再读第 16 章（第二部　家长）：第一节「一份挑不出毛病的作业」；第二节「真：怎样判错，怎样不信太顺的答案」；第三节「善：为谁学，学了对谁好」；第四节「美：想法合不合拍，做得漂不漂亮」；第五节「分数只量了「真」的一小角」；第六节「放回日子里：代价，和明天能试的三件小事」。读的时候找三处：本章的旧问法，主语是哪一个自然人角色？换成哪一个角色-AI（孩子-AI（学生-AI）、家长-AI、家庭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核对要点：分数留着，三个问加上：哪句判过，给谁用了，哪处是只此一份。问的人换了，孩子-AI 才一回一回诞生。 这一处：邵静最初的三个问（对不对、有什么用、好不好），是旧问法，问的是一个孩子脑袋里有什么；换了主语以后，问的是学生-AI 这回的真善美：哪句判过，谁拿着用，哪处只此一份。 复合主体诞生了没有：在判错、牛大爷的手里、念出声的那几个晚上，三条判据齐了，诞生了；在抄机器的那两个晚上，没有。回写落在尤槿以后的问法里（「我应该能看到什么」），落在邵静夸人之前的一句追问里，也落在三单元门口那页纸上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第二部 · 家长：孩子-AI 如何学习</w:t>
      </w:r>
    </w:p>
    <w:p>
      <w:pPr>
        <w:pStyle w:val="Heading1"/>
      </w:pPr>
      <w:r>
        <w:t>17  第17章：一门课的增厚</w:t>
      </w:r>
    </w:p>
    <w:p>
      <w:r>
        <w:t>第 17 章　一门课的增厚 · 原文：https://sdeuniverses.com/books/m/474/text/#s24</w:t>
      </w:r>
    </w:p>
    <w:p>
      <w:pPr>
        <w:pStyle w:val="Heading2"/>
      </w:pPr>
      <w:r>
        <w:t>带着问读</w:t>
      </w:r>
    </w:p>
    <w:p>
      <w:r>
        <w:t>先想：你家孩子背不下来的那一处，错的是哪一个邻居？它有没有一条能走回去的路？ 再读第 17 章（第二部　家长）：第一节「周日晚上，背不下来的第三句」；第二节「一门课里有三层信息」；第三节「第一个星期，一个「绿」字」；第四节「第二个星期，九九表和一盘博饼」；第五节「第三个星期，码头上的词，海边的潮」；第六节「三个星期以后，对一笔账」；第七节「背还在，只是换了位置」。读的时候找三处：本章的旧问法，主语是哪一个自然人角色？换成哪一个角色-AI（孩子-AI（学生-AI）、家长-AI、家庭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核对要点：背不下来，常常不是脑子装不下，是这个词身后还没有路，身边还没有场。路和场铺开了，要背的那一小块，自己会沉下来。 这一处：旧问法是「孩子背不下来」「还背它干什么」，主语是一间装符号的小屋子；新问法是「孩子-AI 把这门课的符号、逻辑、数学各增厚了多少」。 复合主体诞生了没有：一诺和 AI 在「绿」字、九九表、潮汐表上各诞生了几次，每一次一关平板就散；回写落在一诺身上（先问哪个字最费劲，会写「相传」）和一航身上（错有了位置），也落到了江婉清的口头禅上。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第二部 · 家长：孩子-AI 如何学习</w:t>
      </w:r>
    </w:p>
    <w:p>
      <w:pPr>
        <w:pStyle w:val="Heading1"/>
      </w:pPr>
      <w:r>
        <w:t>18  第18章：分数还在称的时候</w:t>
      </w:r>
    </w:p>
    <w:p>
      <w:r>
        <w:t>第 18 章　分数还在称的时候 · 原文：https://sdeuniverses.com/books/m/474/text/#s25</w:t>
      </w:r>
    </w:p>
    <w:p>
      <w:pPr>
        <w:pStyle w:val="Heading2"/>
      </w:pPr>
      <w:r>
        <w:t>带着问读</w:t>
      </w:r>
    </w:p>
    <w:p>
      <w:r>
        <w:t>先想：你家里那杆秤，现在坐在哪里？是满屋子走的，还是有个固定的座位？ 再读第 18 章（第二部　家长）：第一节「周六夜里的一张排名表」；第二节「安心被寄存在分数上」；第三节「考场是一条车不让进的街」；第四节「两头都不丢，是要付钱的」；第五节「一道电学题，三个星期」；第六节「哪些慌会散，哪些不会」；第七节「把它接住，再放回日子里」。读的时候找三处：本章的旧问法，主语是哪一个自然人角色？换成哪一个角色-AI（孩子-AI（学生-AI）、家长-AI、家庭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核对要点：旧秤上的分要拿，孩子-AI 也要诞生。两头的账都真，其中一部分慌不会散。不说没它，给它一个座位、一张纸、一家人。 这一处：晓梅最初问的是「该不该让她把机器停了」——旧问法，主语是一个单独的孩子，脑子里要存够东西去换分数。 复合主体诞生了没有：孩子-AI 在「来回」的晚上诞生过几次；回写落在知夏看电路图的第一眼，也落在晓梅敢不敢让那一小时存在，落在志刚用算油耗的办法讲单位换算。分数那一头，它仍立在原处。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第二部 · 家长：孩子-AI 如何学习</w:t>
      </w:r>
    </w:p>
    <w:p>
      <w:pPr>
        <w:pStyle w:val="Heading1"/>
      </w:pPr>
      <w:r>
        <w:t>19  第19章：家长-AI 与家庭-AI</w:t>
      </w:r>
    </w:p>
    <w:p>
      <w:r>
        <w:t>第 19 章　家长-AI 与家庭-AI · 原文：https://sdeuniverses.com/books/m/474/text/#s26</w:t>
      </w:r>
    </w:p>
    <w:p>
      <w:pPr>
        <w:pStyle w:val="Heading2"/>
      </w:pPr>
      <w:r>
        <w:t>带着问读</w:t>
      </w:r>
    </w:p>
    <w:p>
      <w:r>
        <w:t>先想：孩子遇到不会的东西，先看向了平板。你这一刻心里先冒出来的，是哪一句话？它默认了你是个什么样的人？ 再读第 19 章（第二部　家长）：第一节「周二晚上，爸爸被接走的那一样东西」；第二节「「我比孩子懂」是从哪里立起来的」；第三节「家长-AI：一个晚上怎样诞生」；第四节「一张饭桌上的三代人和一台会说话的机器」；第五节「三个星期：一个完整的过程」；第六节「家怎样被回写」；第七节「放回日子里」。读的时候找三处：本章的旧问法，主语是哪一个自然人角色？换成哪一个角色-AI（孩子-AI（学生-AI）、家长-AI、家庭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核对要点：焦虑一半是真的难处，一半是拿存货去量自己的错位。错位的那一半随问法换掉，真的难处留下，可每一个都有一小步能走。 这一处：旧问法是「我比孩子懂，AI 比我懂，我还剩什么」，这是用「装符号的脑袋」的存货去量一位家长；新问法是「家长-AI 怎样陪孩子-AI 诞生，家庭-AI 怎样把这个家过出新样子」。 复合主体有没有诞生：有，在橡皮屑那十分钟、留下来的错版、饭桌上那支试电笔、爷爷那张改了四稿的酸汤单子里；回写落在书桌右边的第一句话、错题本的写法、饭桌上说话的次序、老人在家里的位置，和每周四那一顿不碰机器的晚饭上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第二部 · 家长：孩子-AI 如何学习</w:t>
      </w:r>
    </w:p>
    <w:p>
      <w:pPr>
        <w:pStyle w:val="Heading1"/>
      </w:pPr>
      <w:r>
        <w:t>20  第20章：家长卷总账：场景与明天能试</w:t>
      </w:r>
    </w:p>
    <w:p>
      <w:r>
        <w:t>第 20 章　家长卷总账：场景与明天能试 · 原文：https://sdeuniverses.com/books/m/474/text/#s27</w:t>
      </w:r>
    </w:p>
    <w:p>
      <w:pPr>
        <w:pStyle w:val="Heading2"/>
      </w:pPr>
      <w:r>
        <w:t>带着问读</w:t>
      </w:r>
    </w:p>
    <w:p>
      <w:r>
        <w:t>先想：你最愁的那一句话，把主语圈出来，是谁？换成「孩子-AI」，它变成了什么问题？ 再读第 20 章（第二部　家长）：第一节「施家的家长群」；第二节「幼儿园到二年级：问、写、读」；第三节「三年级到五年级：说、做、比」；第四节「六年级到初二：限、背、聊」；第五节「初三到高三：秤、坎、选」；第六节「哪些焦虑没了，哪些难处还在」；第七节「家长卷改问对照表」。读的时候找三处：本章的旧问法，主语是哪一个自然人角色？换成哪一个角色-AI（孩子-AI（学生-AI）、家长-AI、家庭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核对要点：一张表只是一把尺。真正的账，是下一个晚上，孩子和机器之间又发生了什么，有没有回写，落在了谁身上。 这一处：十二个场景的旧问法，主语都是一个单独的、脑袋里装着符号的孩子或家长，问的是要不要、该不该。 复合主体诞生了没有：朵朵与音箱、浩然与机器、施清与翻译、语桐与画出来的受力图，各自在一来一回里诞生过一次；回写落在每个孩子下一次的问法上，也落在家长下一次的开口里。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第三部 · 职场：职员-AI 如何在职场</w:t>
      </w:r>
    </w:p>
    <w:p>
      <w:pPr>
        <w:pStyle w:val="Heading1"/>
      </w:pPr>
      <w:r>
        <w:t>21  第21章：周日晚上的胃</w:t>
      </w:r>
    </w:p>
    <w:p>
      <w:r>
        <w:t>第 21 章　周日晚上的胃 · 原文：https://sdeuniverses.com/books/m/474/text/#s29</w:t>
      </w:r>
    </w:p>
    <w:p>
      <w:pPr>
        <w:pStyle w:val="Heading2"/>
      </w:pPr>
      <w:r>
        <w:t>带着问读</w:t>
      </w:r>
    </w:p>
    <w:p>
      <w:r>
        <w:t>先想：你周日夜里的那口「胃」，是五种说法里的哪一种或哪几种？ 再读第 21 章（第三部　职场）：第一节「周日夜里十点四十」；第二节「同一口胃，五种说法」；第三节「一个靠脑子里存货吃饭的人」；第四节「存货被翻开的那个下午」；第五节「错位错在哪一步」；第六节「周三的一封询价邮件」；第七节「又一个周日」。读的时候找三处：本章的旧问法，主语是哪一个自然人角色？换成哪一个角色-AI（职员-AI、团队-AI、公司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核对要点：周日夜里翻一翻三行小账：来回了几次，哪句是谁的，哪样手上的东西被说成了话。不打分，只是看，看一个星期。 这一处：周日夜里的五种慌，都是旧问法——主语是一个单独的、靠脑子里存货占座位的自然人。 复合主体诞生了没有：周三那封询价邮件里，职员-AI 诞生了一次；回写落在两处，机器那边多了一条「新老客户用词不同」，惠芳这边把一条手上的分寸说成了话，传到了小易手里。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第三部 · 职场：职员-AI 如何在职场</w:t>
      </w:r>
    </w:p>
    <w:p>
      <w:pPr>
        <w:pStyle w:val="Heading1"/>
      </w:pPr>
      <w:r>
        <w:t>22  第22章：职员-AI：职场里的主体性革命</w:t>
      </w:r>
    </w:p>
    <w:p>
      <w:r>
        <w:t>第 22 章　职员-AI：职场里的主体性革命 · 原文：https://sdeuniverses.com/books/m/474/text/#s30</w:t>
      </w:r>
    </w:p>
    <w:p>
      <w:pPr>
        <w:pStyle w:val="Heading2"/>
      </w:pPr>
      <w:r>
        <w:t>带着问读</w:t>
      </w:r>
    </w:p>
    <w:p>
      <w:r>
        <w:t>先想：把你这一周常做的事，在岗位说明书里找一找：哪几条已经不是原来的样子了？有没有一条，是说明书上没有、你却天天在做的？ 再读第 22 章（第三部　职场）：第一节「述职室门外的十分钟」；第二节「位置、岗位、晋升，换了主语是什么」；第三节「本事是谁的」；第四节「「离开它我就不行」是三件事」；第五节「腿-车，到了写字楼」；第六节「六个星期的备货」；第七节「放回周一的地铁里」。读的时候找三处：本章的旧问法，主语是哪一个自然人角色？换成哪一个角色-AI（职员-AI、团队-AI、公司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核对要点：名额、预算、房贷是真的，不随问法消失；消失的，是「我还有位置吗」那个没有来处的问。换了主语，慌不再是一整团，每一份都能分开算、分开接。 这一处：「我还有位置吗」「离开 AI 我就不行」问的是旧问法，默认一个单独的人占座位、守清单、靠身上的本事；换成「职员-AI 如何在职场」，位置成了诞生的地方，岗位成了正在成形的活，晋升成了能走多广、能担多重。 职员-AI 这个复合主体，在志远的六个星期里一回一回诞生了，没有先在；回写落在他看表的顺序和问法里、小邱的判断里、葛师傅的码放限制里、复盘会多出来的一栏里；承接的那一位仍在签字的人。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第三部 · 职场：职员-AI 如何在职场</w:t>
      </w:r>
    </w:p>
    <w:p>
      <w:pPr>
        <w:pStyle w:val="Heading1"/>
      </w:pPr>
      <w:r>
        <w:t>23  第23章：创造地工作：被接走的是任务</w:t>
      </w:r>
    </w:p>
    <w:p>
      <w:r>
        <w:t>第 23 章　创造地工作：被接走的是任务 · 原文：https://sdeuniverses.com/books/m/474/text/#s31</w:t>
      </w:r>
    </w:p>
    <w:p>
      <w:pPr>
        <w:pStyle w:val="Heading2"/>
      </w:pPr>
      <w:r>
        <w:t>带着问读</w:t>
      </w:r>
    </w:p>
    <w:p>
      <w:r>
        <w:t>先想：你这一周里做完的一件东西，换一个客户或同事，还能原样交出去吗？哪一处不能？ 再读第 23 章（第三部　职场）：第一节「周二，光谷十六楼的四张桌子」；第二节「一张任务清单的账」；第三节「两种安慰，一个前提」；第四节「一份方案的第一天」；第五节「三个星期」；第六节「任务走了，长出来的是什么」；第七节「署名栏」。读的时候找三处：本章的旧问法，主语是哪一个自然人角色？换成哪一个角色-AI（职员-AI、团队-AI、公司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核对要点：署名署的不是哪一个脑袋，是来历说得出、错了有人认、往下带得走。作者感，是一种对来路的熟。 这一处：被问的是「我会不会被替代」，是旧问法，默认有一个单独的我、一张座位、一个对手；换成新问法，是方案经理-AI 怎样写出只有这一家才有的东西，创造才有处可落。 方案经理-AI 在周四下午的来回里诞生，到第零步、一座山、一页说明、一串标签，回写到了曹蓉、柯远、余舒、熊国强，也回写到了乔师傅的纸和公司的封面。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第三部 · 职场：职员-AI 如何在职场</w:t>
      </w:r>
    </w:p>
    <w:p>
      <w:pPr>
        <w:pStyle w:val="Heading1"/>
      </w:pPr>
      <w:r>
        <w:t>24  第24章：自由地工作：判断权搬家</w:t>
      </w:r>
    </w:p>
    <w:p>
      <w:r>
        <w:t>第 24 章　自由地工作：判断权搬家 · 原文：https://sdeuniverses.com/books/m/474/text/#s32</w:t>
      </w:r>
    </w:p>
    <w:p>
      <w:pPr>
        <w:pStyle w:val="Heading2"/>
      </w:pPr>
      <w:r>
        <w:t>带着问读</w:t>
      </w:r>
    </w:p>
    <w:p>
      <w:r>
        <w:t>先想：你最近一次拍板，判断是在几处发生的？有没有哪一处，你一直把它当作「只是参考」？ 再读第 24 章（第三部　职场）：第一节「周一早上的样衣和屏幕」；第二节「「我判断」里的那个我」；第三节「一单瑜伽服，判断在几处发生」；第四节「错了算谁的」；第五节「离开工厂以后的一个周六」；第六节「在约束里裁出一条路」；第七节「又一个周一」。读的时候找三处：本章的旧问法，主语是哪一个自然人角色？换成哪一个角色-AI（职员-AI、团队-AI、公司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核对要点：判断在几处一起发生，账落在一处。要问的，已经不是「谁判断得准」，而是「这一回，判断在哪几处发生，谁没被听见，谁来接」。 这一处：丽萍的「我判断」和志远的「我一个人闯」，都是旧问法——主语是一个单独的、把判断和手艺装在脑袋里的自然人。 复合主体诞生了没有：管理者-AI 在那单瑜伽服的评审里诞生了一次，个体户-AI 在志远的每一张图纸里诞生一次；回写落在排产表的一栏、签字栏前的一页、三种记号和合同里的一行字，承接始终落在一个能被追问的名字上。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第三部 · 职场：职员-AI 如何在职场</w:t>
      </w:r>
    </w:p>
    <w:p>
      <w:pPr>
        <w:pStyle w:val="Heading1"/>
      </w:pPr>
      <w:r>
        <w:t>25  第25章：幸福地工作：累与通</w:t>
      </w:r>
    </w:p>
    <w:p>
      <w:r>
        <w:t>第 25 章　幸福地工作：累与通 · 原文：https://sdeuniverses.com/books/m/474/text/#s33</w:t>
      </w:r>
    </w:p>
    <w:p>
      <w:pPr>
        <w:pStyle w:val="Heading2"/>
      </w:pPr>
      <w:r>
        <w:t>带着问读</w:t>
      </w:r>
    </w:p>
    <w:p>
      <w:r>
        <w:t>先想：你昨天的工作里，有哪一件事，劲花出去了，却什么也没存下？它缺的是哪一步回写？ 再读第 25 章（第三部　职场）：第一节「周四晚上，一种说不清的累」；第二节「劲花出去，留在了哪里」；第三节「三本账，分开算」；第四节「感觉很满，不等于收获」；第五节「一份补正资料的六个星期」；第六节「累里还有真的那一份」；第七节「又一个周四」。读的时候找三处：本章的旧问法，主语是哪一个自然人角色？换成哪一个角色-AI（职员-AI、团队-AI、公司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核对要点：焦虑没有被消除，是被换掉了。「我累得没价值」，换成「这个复合体的哪一步没回写」：前一个让人往下坠，后一个让人有事可做。 这一处：旧问法是「我明明用了 AI，怎么比以前更累」，问的是一个自然人的体力账，答案只有「工具不行」或「我不行」；新问法是「注册专员-AI 这一天里，劲花在哪里，哪些落了地，缺的是哪一步回写」，问的是一个来回的东西，处处是手。 复合主体诞生了没有，回写到了谁：第五节那六周里，诞生了不止一次；回写落在华澜（讲得出为什么）、落在部门的路上（那一页纸，小曲加了一行）、落在公司的试验设计上。出了错，承接的人是华澜。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第三部 · 职场：职员-AI 如何在职场</w:t>
      </w:r>
    </w:p>
    <w:p>
      <w:pPr>
        <w:pStyle w:val="Heading1"/>
      </w:pPr>
      <w:r>
        <w:t>26  第26章：职员-AI 的真善美</w:t>
      </w:r>
    </w:p>
    <w:p>
      <w:r>
        <w:t>第 26 章　职员-AI 的真善美 · 原文：https://sdeuniverses.com/books/m/474/text/#s34</w:t>
      </w:r>
    </w:p>
    <w:p>
      <w:pPr>
        <w:pStyle w:val="Heading2"/>
      </w:pPr>
      <w:r>
        <w:t>带着问读</w:t>
      </w:r>
    </w:p>
    <w:p>
      <w:r>
        <w:t>先想：你最近交出去的一件东西，后面的「来路」，你说得出几处？如果出了错，你查得到是哪一步吗？ 再读第 26 章（第三部　职场）：第一节「一张箱单上的三个问号」；第二节「三个问号，一个默认的「我」」；第三节「真：错了查得出」；第四节「善：好不好，对谁」；第五节「美：手艺不在谁的手上」；第六节「六个星期的账」；第七节「回到那个周二」。读的时候找三处：本章的旧问法，主语是哪一个自然人角色？换成哪一个角色-AI（职员-AI、团队-AI、公司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核对要点：真善美落在做事的这一来一回上：错了查得出，读完来得及，下一个翻的人找得到。账摊在桌上，才改得了。 这一处：「我核过了吗」「我对得起吗」「这是我的手艺吗」，都是旧问法——主语是一个单独的、先在的、把真善美记在自己名下的自然人。 复合主体诞生了没有：金玉梅桌前的几次来回里，单证员-AI 诞生了好几次，每一次发出去就散了；回写落在三处，模板里多了一栏「单箱毛重」，备注写法里多了老康的二十几条，邵远手上多了一个「先要准话」的动作。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第三部 · 职场：职员-AI 如何在职场</w:t>
      </w:r>
    </w:p>
    <w:p>
      <w:pPr>
        <w:pStyle w:val="Heading1"/>
      </w:pPr>
      <w:r>
        <w:t>27  第27章：一份工作的增厚</w:t>
      </w:r>
    </w:p>
    <w:p>
      <w:r>
        <w:t>第 27 章　一份工作的增厚 · 原文：https://sdeuniverses.com/books/m/474/text/#s35</w:t>
      </w:r>
    </w:p>
    <w:p>
      <w:pPr>
        <w:pStyle w:val="Heading2"/>
      </w:pPr>
      <w:r>
        <w:t>带着问读</w:t>
      </w:r>
    </w:p>
    <w:p>
      <w:r>
        <w:t>先想：你这份工作里，有没有一个词、一步路、一个数，是你一直在用、却从没对别人说清过的？ 再读第 27 章（第三部　职场）：第一节「冬至的案板边」；第二节「厚与薄」；第三节「一本账的增厚」；第四节「画稿与代码」；第五节「电话与夜班」；第六节「增厚落空的四种样子」；第七节「元旦煮饺子」。读的时候找三处：本章的旧问法，主语是哪一个自然人角色？换成哪一个角色-AI（职员-AI、团队-AI、公司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核对要点：别问「我的经验值不值钱」，问「这份工作的名目、路和场，这一回厚了没有」。前一问量的是自己，后一问看的是事。 这一处：「我的经验不值钱了」是旧问法——主语是一个把经验存在脑子里、守着它估价的自然人。 复合主体诞生了没有：会计-AI、程序员-AI、设计师-AI、销售-AI、护士-AI 在各自的来回里诞生了；回写落在账上的名目、业务月历、需求模板、回访的习惯、交班单里，也落在老手那里：说不出的东西，一次一次被叫出了名字。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第三部 · 职场：职员-AI 如何在职场</w:t>
      </w:r>
    </w:p>
    <w:p>
      <w:pPr>
        <w:pStyle w:val="Heading1"/>
      </w:pPr>
      <w:r>
        <w:t>28  第28章：四十岁，路被截断时</w:t>
      </w:r>
    </w:p>
    <w:p>
      <w:r>
        <w:t>第 28 章　四十岁，路被截断时 · 原文：https://sdeuniverses.com/books/m/474/text/#s36</w:t>
      </w:r>
    </w:p>
    <w:p>
      <w:pPr>
        <w:pStyle w:val="Heading2"/>
      </w:pPr>
      <w:r>
        <w:t>带着问读</w:t>
      </w:r>
    </w:p>
    <w:p>
      <w:r>
        <w:t>先想：你最近一次说「来不及了」，主语是谁？把它换成「某某-AI 复合主体」，这句话还成立吗？ 再读第 28 章（第三部　职场）：第一节「十九年的最后一个下午」；第二节「四十岁的问法」；第三节「路是走出来的，土也会被挖走一块」；第四节「试片桌上的三个月」；第五节「新问题把人带到哪里」；第六节「四笔账，一笔也没少」；第七节「怎样接住」。读的时候找三处：本章的旧问法，主语是哪一个自然人角色？换成哪一个角色-AI（职员-AI、团队-AI、公司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核对要点：接住不是抹掉。账在，疼在，被接住的是人没有掉到底：先把账摆给别人看，再等一片新的土长出来，再让两样顶着的东西顶出一条新路。 这一处：旧问法是「我四十三岁，路被截断，还来得及吗」，问的是一个背着包、走在现成路上的单独的人。新问法是「设计师-AI 在这些小批、定制、烧得出来的地方怎样诞生」，主语换了，慌里错位生出来的那一份没了来处。 复合主体诞生了，在一座小窑、一个门厅、一个客人身上，每一轮来回里诞生；回写落在他的下一稿、机器的下一轮提议和一家人每三个月看一次的开销表上。账没有因此消失：钱、脸面、时间、身体四笔，照样要付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第三部 · 职场：职员-AI 如何在职场</w:t>
      </w:r>
    </w:p>
    <w:p>
      <w:pPr>
        <w:pStyle w:val="Heading1"/>
      </w:pPr>
      <w:r>
        <w:t>29  第29章：团队-AI 与公司-AI</w:t>
      </w:r>
    </w:p>
    <w:p>
      <w:r>
        <w:t>第 29 章　团队-AI 与公司-AI · 原文：https://sdeuniverses.com/books/m/474/text/#s37</w:t>
      </w:r>
    </w:p>
    <w:p>
      <w:pPr>
        <w:pStyle w:val="Heading2"/>
      </w:pPr>
      <w:r>
        <w:t>带着问读</w:t>
      </w:r>
    </w:p>
    <w:p>
      <w:r>
        <w:t>先想：你所在的团队，上一次用 AI，是「外包」还是「诞生」？来回了几次，回写落在了哪里，出错的时候谁接？ 再读第 29 章（第三部　职场）：第一节「三个月后的周一例会」；第二节「买了一台机器，还是长出一个样子」；第三节「一张退货单，三个星期」；第四节「内卷三问」；第五节「回写落在哪里」；第六节「账上的难处」；第七节「又一个周一」。读的时候找三处：本章的旧问法，主语是哪一个自然人角色？换成哪一个角色-AI（职员-AI、团队-AI、公司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核对要点：团队-AI 和公司-AI 不先在，也不是复活；它们每一回在来回里显出来，只有落进制度、流程、文化的那一部分，才会留到下一回。 这一处：「我们公司怎样用好 AI」「别人都上了我们是不是落后」「花了钱是不是该省人」，都是旧问法——主语是一个先在的、有脑子的「公司」，实则是老板脑袋的放大。 复合主体诞生了没有：退货单那三个星期里，团队-AI 诞生了一次；回写落在三处——确认单与考核表的栏（制度、流程）、本厂手册（机器那边与人这边）、「摆出来用」的那股劲（文化）。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第三部 · 职场：职员-AI 如何在职场</w:t>
      </w:r>
    </w:p>
    <w:p>
      <w:pPr>
        <w:pStyle w:val="Heading1"/>
      </w:pPr>
      <w:r>
        <w:t>30  第30章：职场卷总账：场景与明天能试</w:t>
      </w:r>
    </w:p>
    <w:p>
      <w:r>
        <w:t>第 30 章　职场卷总账：场景与明天能试 · 原文：https://sdeuniverses.com/books/m/474/text/#s38</w:t>
      </w:r>
    </w:p>
    <w:p>
      <w:pPr>
        <w:pStyle w:val="Heading2"/>
      </w:pPr>
      <w:r>
        <w:t>带着问读</w:t>
      </w:r>
    </w:p>
    <w:p>
      <w:r>
        <w:t>先想：你最近一次在周日夜里心里一紧，是哪一句话？把它的主语圈出来，是谁？换成「某某-AI」，它变成了什么问题？ 再读第 30 章（第三部　职场）：第一节「常州一本旧回访本里的十二句话」；第二节「新人到客服：周报、纪要、投诉」；第三节「车间与案头：质检、询价、合同」；第四节「筛人、写稿、带人：简历、署名、判断」；第五节「自己撑一间店、路被截断、当老板：三笔不同的账」；第六节「哪些慌没了，哪些难处还在」；第七节「职场卷改问对照表」。读的时候找三处：本章的旧问法，主语是哪一个自然人角色？换成哪一个角色-AI（职员-AI、团队-AI、公司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核对要点：纸上十二行，只是十二个早上的快照。要紧的在明天：工位上有没有来回，回写落进哪一处，出了岔子，名字写在谁那一栏。 这一处：十二个场景的旧问法，主语是同一类单独的自然人，新人、员工、主管或老板，脑袋里装着符号，问的无非是是不是、会不会、还有没有。 复合主体诞生了没有：庄小雨与周报、谭国平与那盏灯和机器、关建强与三套排产、龚胜利与他的词表，各自在一来一回里诞生过一次；回写落在每个岗位下一次的做法里，也落在交接本、清单、模板和白板上。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第四部 · 年轻人：我-AI 复合体的成长</w:t>
      </w:r>
    </w:p>
    <w:p>
      <w:pPr>
        <w:pStyle w:val="Heading1"/>
      </w:pPr>
      <w:r>
        <w:t>31  第31章：凌晨一点的屏幕</w:t>
      </w:r>
    </w:p>
    <w:p>
      <w:r>
        <w:t>第 31 章　凌晨一点的屏幕 · 原文：https://sdeuniverses.com/books/m/474/text/#s40</w:t>
      </w:r>
    </w:p>
    <w:p>
      <w:pPr>
        <w:pStyle w:val="Heading2"/>
      </w:pPr>
      <w:r>
        <w:t>带着问读</w:t>
      </w:r>
    </w:p>
    <w:p>
      <w:r>
        <w:t>先想：你最近半年里，听到过、说过哪一句「我还……吗」？它的主语，是你一个人，还是你和你手边的工具？ 再读第 31 章（第四部　年轻人）：第一节「三块亮着的屏幕」；第二节「年轻人焦虑的五种说法」；第三节「五句话问的是同一位」；第四节「焦虑是共同的，却被当成了私事」；第五节「把主语换一换」；第六节「三个星期」；第七节「放回宿舍的日子里」。读的时候找三处：本章的旧问法，主语是哪一个自然人角色？换成哪一个角色-AI（我-AI、学生-AI、新人-AI、作者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核对要点：凌晨一点的屏幕还会亮。变的是问法：从「我比它差多少」，换成「我-AI 这一回，想把什么做成」。 这一处：宿舍里的五种说法，是旧问法（我学的、我考的、我落后的、我的、我想要的）；换成新问法，是学生-AI、新人-AI 怎样在一来一回里把一件事做成。 复合主体诞生了没有：诞生了，在黄河那一夜和苦水那一页；回写落在那张译名表上，落在焦总每个月初看的那张格子上，也落在清禾动笔之前的那三句自问上。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第四部 · 年轻人：我-AI 复合体的成长</w:t>
      </w:r>
    </w:p>
    <w:p>
      <w:pPr>
        <w:pStyle w:val="Heading1"/>
      </w:pPr>
      <w:r>
        <w:t>32  第32章：我-AI 复合体的智商：成长里的主体性革命</w:t>
      </w:r>
    </w:p>
    <w:p>
      <w:r>
        <w:t>第 32 章　我-AI 复合体的智商：成长里的主体性革命 · 原文：https://sdeuniverses.com/books/m/474/text/#s41</w:t>
      </w:r>
    </w:p>
    <w:p>
      <w:pPr>
        <w:pStyle w:val="Heading2"/>
      </w:pPr>
      <w:r>
        <w:t>带着问读</w:t>
      </w:r>
    </w:p>
    <w:p>
      <w:r>
        <w:t>先想：你最近一次说「我是不是脑子不够用」，是在拿自己跟什么比？那个比较里，机器是在你旁边，还是在你对面？ 再读第 32 章（第四部　年轻人）：第一节「一本记在脑袋名下的账」；第二节「这本账对不上的那一天」；第三节「「我-AI 复合体的智商」是什么，不是什么，怎样看出来」；第四节「三个星期，一把焊枪」；第五节「增厚了什么，抬高到哪一层」；第六节「「学了还有用吗」改问「学生-AI 学什么」」；第七节「腿-车在成长里，以及放回日子里」。读的时候找三处：本章的旧问法，主语是哪一个自然人角色？换成哪一个角色-AI（我-AI、学生-AI、新人-AI、作者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核对要点：下一次和 AI 一起做完一件事，写三句话：哪一句抽掉了就立不住，下一次的第一下变没变，往后一个星期有没有人接着用。写不出的那一句，就是今晚没有诞生的那一条。 这一处：「我的大脑，我的智商」「学了还有用吗」，主语是一个脑袋里装着符号的自然人，是旧问法。 复合主体诞生了没有：邹屹和机器在第二个星期的折线图那一晚诞生了一次；回写落在他的问法上，也落在父亲的笔记本上；下一次，这个复合体会不会是另一个，要看下一次的来回。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第四部 · 年轻人：我-AI 复合体的成长</w:t>
      </w:r>
    </w:p>
    <w:p>
      <w:pPr>
        <w:pStyle w:val="Heading1"/>
      </w:pPr>
      <w:r>
        <w:t>33  第33章：创造地成长：「这是我写的吗」</w:t>
      </w:r>
    </w:p>
    <w:p>
      <w:r>
        <w:t>第 33 章　创造地成长：「这是我写的吗」 · 原文：https://sdeuniverses.com/books/m/474/text/#s42</w:t>
      </w:r>
    </w:p>
    <w:p>
      <w:pPr>
        <w:pStyle w:val="Heading2"/>
      </w:pPr>
      <w:r>
        <w:t>带着问读</w:t>
      </w:r>
    </w:p>
    <w:p>
      <w:r>
        <w:t>先想：你最近一次和 AI 一起做的东西，有没有哪一句，你被它难住过？有没有哪一句，你认下来，却说不出为什么？ 再读第 33 章（第四部　年轻人）：第一节「报名表上的一个小方格」；第二节「署名栏后面站着谁」；第三节「三个晚上，写的那一位是怎样出来的」；第四节「一篇东西，归谁」；第五节「作者感去了哪里」；第六节「六个星期，三版稿子」；第七节「回到那间宿舍」。读的时候找三处：本章的旧问法，主语是哪一个自然人角色？换成哪一个角色-AI（我-AI、学生-AI、新人-AI、作者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核对要点：问「这是不是我写的」，不如问「这一回，作者-AI 写出了什么，认下了什么，又把我写成了什么样」。 这一处：「这是我写的吗」，旧问法；主语是一个单独的作者，脑袋里装着符号，字从那里搬出来，署名就是产地。 复合主体诞生了没有：韦槿和机器在「下雨怎么办」那一下来回里诞生；回写落在三处——机器后面的用词，稿子的开头，和韦槿自己：她写东西以前，先问「我没问过的是什么」。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第四部 · 年轻人：我-AI 复合体的成长</w:t>
      </w:r>
    </w:p>
    <w:p>
      <w:pPr>
        <w:pStyle w:val="Heading1"/>
      </w:pPr>
      <w:r>
        <w:t>34  第34章：自由地成长：躺平与内卷之外</w:t>
      </w:r>
    </w:p>
    <w:p>
      <w:r>
        <w:t>第 34 章　自由地成长：躺平与内卷之外 · 原文：https://sdeuniverses.com/books/m/474/text/#s43</w:t>
      </w:r>
    </w:p>
    <w:p>
      <w:pPr>
        <w:pStyle w:val="Heading2"/>
      </w:pPr>
      <w:r>
        <w:t>带着问读</w:t>
      </w:r>
    </w:p>
    <w:p>
      <w:r>
        <w:t>先想：你最近一次「再多比一点」，或者「算了，比不过」，比的那把尺子是谁画的？ 再读第 34 章（第四部　年轻人）：第一节「一桌饭，两句话」；第二节「两种姿势，各自对在哪里」；第三节「同一个问题的两声回音」；第四节「换掉主语的那一晚」；第五节「鲁岩的六个星期」；第六节「在约束里裁出自己的路」；第七节「又一个周五」。读的时候找三处：本章的旧问法，主语是哪一个自然人角色？换成哪一个角色-AI（我-AI、学生-AI、新人-AI、作者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核对要点：换主语，换的是问法，不是账单。账单还在；消失的，是账单旁边那一份错认生出来的慌。 这一处：鲁溪的「我再多比一点」与鲁岩的「我比不过了」，都是旧问法，主语是一个单独的、靠脑袋里的熟练度在榜上挂名次的自然人；内卷与躺平是同一声问话的两声回音。 复合主体诞生了没有：学生-AI 在小区电梯那一晚诞生了一次，测试员-AI 在「别的事情在做」那一问里诞生了一次；回写落在鲁溪本子上的新第一句、鲁岩署名的那份报告，也落在冬至中午十二点要量的那块地砖上。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第四部 · 年轻人：我-AI 复合体的成长</w:t>
      </w:r>
    </w:p>
    <w:p>
      <w:pPr>
        <w:pStyle w:val="Heading1"/>
      </w:pPr>
      <w:r>
        <w:t>35  第35章：幸福地成长：关系与孤独</w:t>
      </w:r>
    </w:p>
    <w:p>
      <w:r>
        <w:t>第 35 章　幸福地成长：关系与孤独 · 原文：https://sdeuniverses.com/books/m/474/text/#s44</w:t>
      </w:r>
    </w:p>
    <w:p>
      <w:pPr>
        <w:pStyle w:val="Heading2"/>
      </w:pPr>
      <w:r>
        <w:t>带着问读</w:t>
      </w:r>
    </w:p>
    <w:p>
      <w:r>
        <w:t>先想：这个月里，你夜里最想说的话，说给了谁？有哪一句，可以换一个真人来听？ 再读第 35 章（第四部　年轻人）：第一节「夜里的两个对话框」；第二节「问的那一位」；第三节「换掉主语，「我们」放在哪里」；第四节「一条不像客服的消息」；第五节「谁在道歉」；第六节「线面和预演过的母亲」；第七节「舒服会归零，孤独要接住」。读的时候找三处：本章的旧问法，主语是哪一个自然人角色？换成哪一个角色-AI（我-AI、学生-AI、新人-AI、作者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核对要点：舒服是一个读数，幸福是撞过、受得住、收住了。孤独是一段正在成形的路，不是你身上的毛病。 这一处：旧问法是「AI 比人懂我，我还需要人吗」，问的是一个有缺口、等着被倒满的杯子；新问法是「朋友-AI、恋人-AI、子女-AI 怎样诞生，才让我和别人之间长出更多的『我们』」。 复合主体诞生了没有，要看那一夜的话有没有走出对话框；这一章里，回写落到了邱晴、卢晓、母亲三个真人身上，也落回了雨桐和宇航自己。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第四部 · 年轻人：我-AI 复合体的成长</w:t>
      </w:r>
    </w:p>
    <w:p>
      <w:pPr>
        <w:pStyle w:val="Heading1"/>
      </w:pPr>
      <w:r>
        <w:t>36  第36章：我-AI 的真善美</w:t>
      </w:r>
    </w:p>
    <w:p>
      <w:r>
        <w:t>第 36 章　我-AI 的真善美 · 原文：https://sdeuniverses.com/books/m/474/text/#s45</w:t>
      </w:r>
    </w:p>
    <w:p>
      <w:pPr>
        <w:pStyle w:val="Heading2"/>
      </w:pPr>
      <w:r>
        <w:t>带着问读</w:t>
      </w:r>
    </w:p>
    <w:p>
      <w:r>
        <w:t>先想：你最近一次拿 AI 写的东西交出去之前，有没有问过它：这一句在什么情况下是错的？ 再读第 36 章（第四部　年轻人）：第一节「答辩前十一天，三句老问话」；第二节「真：顺口的话，不等于真话」；第三节「敢不敢让 AI 当反方」；第四节「善：做出来的东西，落在谁身上」；第五节「美：合不合拍，漂不漂亮」；第六节「三样缠在一起：这一周，增厚了什么」；第七节「答辩那天，和以后的日子」。读的时候找三处：本章的旧问法，主语是哪一个自然人角色？换成哪一个角色-AI（我-AI、学生-AI、新人-AI、作者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核对要点：在 AI 旁边长大的人，不缺漂亮、不缺顺口。要紧的是三句问：有处可查吗？落在谁身上？是这一个我们的吗？ 这一处：旧问法是「我写得对不对、我是不是好人、我有没有眼光」，问的是一个单独的自然人；新问法是「学生-AI 想出来的东西，真不真、善不善、美不美」，问的是这一回来回做出了什么。 复合主体在反方三轮、江边一趟、十四版改稿里诞生过一次，回写落在稿子的一句话、方案的一张表，也落在明澜以后每次动笔前的三个问句里；它不是先在的，下一次换题目，还要再诞生一次。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第四部 · 年轻人：我-AI 复合体的成长</w:t>
      </w:r>
    </w:p>
    <w:p>
      <w:pPr>
        <w:pStyle w:val="Heading1"/>
      </w:pPr>
      <w:r>
        <w:t>37  第37章：一个专业的增厚</w:t>
      </w:r>
    </w:p>
    <w:p>
      <w:r>
        <w:t>第 37 章　一个专业的增厚 · 原文：https://sdeuniverses.com/books/m/474/text/#s46</w:t>
      </w:r>
    </w:p>
    <w:p>
      <w:pPr>
        <w:pStyle w:val="Heading2"/>
      </w:pPr>
      <w:r>
        <w:t>带着问读</w:t>
      </w:r>
    </w:p>
    <w:p>
      <w:r>
        <w:t>先想：你的专业（或你的行当）里，最熟的一个词、一条规则、一个数，它的邻居、岔口、分布，你自己能说出几样？ 再读第 37 章（第四部　年轻人）：第一节「腊月里的一桌人」；第二节「一个专业里，也有三层」；第三节「中文：一个「雪」字，有了邻居」；第四节「计算机：一条路，要有岔口」；第五节「医学：一个数，站在一片数里」；第六节「设计与机械：三层咬在一起」；第七节「「已死」之后，对一笔账」。读的时候找三处：本章的旧问法，主语是哪一个自然人角色？换成哪一个角色-AI（我-AI、学生-AI、新人-AI、作者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核对要点：交通被铺厚了：名目有了邻居，路有了岔口，场有了分布。五个专业里的人不是在和机器赛跑，是在一个被铺厚了的交通里，各自走一段自己的路。 这一处：旧问法是「某某专业已死」，问的是一个自然人装了多少；新问法是「某某-AI 怎样在这个专业里让名目有邻居、路有岔口、场有分布」。 复合体在每个专业的一次具体来回里诞生了一下（雪的邻居、报警的岔口、化验单的分布、旋钮的配合），回写落在读专业的方式上，也落在换热站、病房、爷爷的手上；难处里留下的，是旧秤，交给下一章接住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第四部 · 年轻人：我-AI 复合体的成长</w:t>
      </w:r>
    </w:p>
    <w:p>
      <w:pPr>
        <w:pStyle w:val="Heading1"/>
      </w:pPr>
      <w:r>
        <w:t>38  第38章：旧秤与没有练手活的第一份工作</w:t>
      </w:r>
    </w:p>
    <w:p>
      <w:r>
        <w:t>第 38 章　旧秤与没有练手活的第一份工作 · 原文：https://sdeuniverses.com/books/m/474/text/#s47</w:t>
      </w:r>
    </w:p>
    <w:p>
      <w:pPr>
        <w:pStyle w:val="Heading2"/>
      </w:pPr>
      <w:r>
        <w:t>带着问读</w:t>
      </w:r>
    </w:p>
    <w:p>
      <w:r>
        <w:t>先想：你现在往上挤的那杆秤，它在两三年前称的是什么？如果你从来没有拿砝码校过它，它称出来的数，有多少是习惯？ 再读第 38 章（第四部　年轻人）：第一节「一张省考报名页」；第二节「大家为什么同时往上挤」；第三节「没有练手活的第一份工作」；第四节「新人-AI，换掉问的那一位」；第五节「一户小客户，三个星期」；第六节「师徒、试错、小事的新样子」；第七节「难处留下，怎样被接住」。读的时候找三处：本章的旧问法，主语是哪一个自然人角色？换成哪一个角色-AI（我-AI、学生-AI、新人-AI、作者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核对要点：旧秤要拿分，新人-AI 也要诞生，两头不丢；真实的难处不随问法消失，只是不再一个人扛。 这一处：彭子安起初的三句话（文凭够不够、该不该考、这份工作算不算数）都是旧问法，主语是一个单独存钱、等纸来换位置的自然人。 复合主体诞生了没有：新人-AI 在第一户小客户的追问里诞生了一次，回写落在她下一次看清单的手上、贾红梅的红笔上、事务所的小项目里；真实的代价，如新人岗位少、收入低、考试的钱与时间，没有消失，被放到了有人托着的地方。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第四部 · 年轻人：我-AI 复合体的成长</w:t>
      </w:r>
    </w:p>
    <w:p>
      <w:pPr>
        <w:pStyle w:val="Heading1"/>
      </w:pPr>
      <w:r>
        <w:t>39  第39章：一代人的复合主体</w:t>
      </w:r>
    </w:p>
    <w:p>
      <w:r>
        <w:t>第 39 章　一代人的复合主体 · 原文：https://sdeuniverses.com/books/m/474/text/#s48</w:t>
      </w:r>
    </w:p>
    <w:p>
      <w:pPr>
        <w:pStyle w:val="Heading2"/>
      </w:pPr>
      <w:r>
        <w:t>带着问读</w:t>
      </w:r>
    </w:p>
    <w:p>
      <w:r>
        <w:t>先想：你最近一次说「我们这一代」，说的是哪一件具体的事？把它换成「我这件事」，还成立吗？ 再读第 39 章（第四部　年轻人）：第一节「骑楼底下的同学会」；第二节「「我们」是怎样被旧主体算出来的」；第三节「同一个复合体，两种显出来的样子」；第四节「老街上的一个月」；第五节「第一代长在里面的人」；第六节「他们的重生怎样回写」；第七节「回到骑楼，哪些没了，哪些还在」。读的时候找三处：本章的旧问法，主语是哪一个自然人角色？换成哪一个角色-AI（我-AI、学生-AI、新人-AI、作者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核对要点：一代人的「我们」不是先在的大主体，是一回一回来回里显出来的；它的重生，也不是回到从前，而是把下一次的起点，一点一点挪开。 这一处：同学会上的三句话，都是旧问法——主语是许多个单独的、脑袋里装着符号的自然人，「我们」只是他们收在一起的总称。 复合主体诞生了没有：老街图那个月里，「复合的我」和「我们」各诞生了好几回；回写落在苏宛自己、同学群、苏远洋的问法、公司的一栏表、苏芮老师的一页作业，也落在奶奶和老爸茶的老人们之间。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第四部 · 年轻人：我-AI 复合体的成长</w:t>
      </w:r>
    </w:p>
    <w:p>
      <w:pPr>
        <w:pStyle w:val="Heading1"/>
      </w:pPr>
      <w:r>
        <w:t>40  第40章：年轻人卷总账，兼全书结</w:t>
      </w:r>
    </w:p>
    <w:p>
      <w:r>
        <w:t>第 40 章　年轻人卷总账，兼全书结 · 原文：https://sdeuniverses.com/books/m/474/text/#s49</w:t>
      </w:r>
    </w:p>
    <w:p>
      <w:pPr>
        <w:pStyle w:val="Heading2"/>
      </w:pPr>
      <w:r>
        <w:t>带着问读</w:t>
      </w:r>
    </w:p>
    <w:p>
      <w:r>
        <w:t>先想：把你心里最近一次发慌的那句话，原样写在一张纸条上，圈出主语。它是一个单独的我，还是一个「要么我、要么它」的二选一？ 再读第 40 章（第四部　年轻人）：第一节「岳阳一块软木板上的十二张纸条」；第二节「高一到大一：选、讲、听」；第三节「大学里：写、卷、聊」；第四节「大三到大四：考、查、问」；第五节「毕业以后：投、核、带」；第六节「判词逐条回来验，四部合成一张总账」；第七节「腿和车，最后一次」；第八节「一年以后的一顿饭」。读的时候找三处：本章的旧问法，主语是哪一个自然人角色？换成哪一个角色-AI（我-AI、学生-AI、新人-AI、作者-AI）以后，问题变成了什么？本章“完整的例子”里，诞生三判据（来回、回写、承接）齐了没有，意义、价值、信息哪一组升了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核对要点：问题没有变少，主语换了；腿还在走，走到饭桌上，走到一个人的面前。 这一处：十二张纸条、十六行对照表，旧问法的主语都是一个单独的、脑袋里装着符号的角色：学生、作者、考生、新人、带教的师傅。 复合主体诞生了没有：十二个角色-AI，各在一下来回里诞生过一次，来回完了就散；回写落在合上的本子里、查得到的注释里、签字栏上，也落在一家人的饭桌上。留下来的真账，照实记着。 复核三条守线：复合主体不先在，在那一次来回里诞生；重生不是复活，回来的不是原来那个；结论落在“发生”上，不落在“他决定”上。书自己标明：本章人物与场景都是构想，没有数据。失败条件（附录五）：换了主语、三判据都齐，过两个星期慌照样不松，或者错认的慌与真账分不开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erif CJK SC" w:hAnsi="Noto Serif CJK SC" w:eastAsia="Noto Serif CJK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