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SDE思想入门 · 学习包</w:t>
      </w:r>
    </w:p>
    <w:p>
      <w:r>
        <w:t>普通人都能懂的智慧 · 原书作者：王德生、阳涌 · ISBN 979-8-90690-051-7 · 第535号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先答、带问阅读、再答、讨论、本人修订、迁移与观察。初答不覆盖；建议待核对；理解、赞同和现实应用分别记录。本包是配套学习设计，不是著者原文或已验证训练量表；书中的问法与 SDE 读数只用来看一件事怎样发生，不用于给任何人打分、评级、考核。</w:t>
      </w:r>
    </w:p>
    <w:p>
      <w:r>
        <w:t>在线学习：https://sdeuniverses.com/books/m/535/agent/learning.html</w:t>
      </w:r>
    </w:p>
    <w:p>
      <w:r>
        <w:br w:type="page"/>
      </w:r>
    </w:p>
    <w:p>
      <w:r>
        <w:t>第一篇 · 世界怎样发生</w:t>
      </w:r>
    </w:p>
    <w:p>
      <w:pPr>
        <w:pStyle w:val="Heading1"/>
      </w:pPr>
      <w:r>
        <w:t>01  第一讲：世界不是被发现的，是发生的——把"本来就在"那块牌子摘下来</w:t>
      </w:r>
    </w:p>
    <w:p>
      <w:r>
        <w:t>第一讲　世界不是被发现的，是发生的 · 原文：https://sdeuniverses.com/books/m/535/text/#s5</w:t>
      </w:r>
    </w:p>
    <w:p>
      <w:pPr>
        <w:pStyle w:val="Heading2"/>
      </w:pPr>
      <w:r>
        <w:t>带着问读</w:t>
      </w:r>
    </w:p>
    <w:p>
      <w:r>
        <w:t>先说一件事：你最近说过哪一句"我就是……""他就是……"？再带着问读第一讲：第一，林晓禾那堂"找到你的兴趣"班会里，藏着一个什么样的假设？第二，手上的茧怎样让人觉得"手本来就硬、锄把本来就圆"——发现是怎样被发生出来的？第三，"下雨了"为什么没有主语，此发生和彼发生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我们平常说的"东西本来就在"，多半是一回回重复沉下来、又倒过来被当成起点的结果；发生学不是"怎么想都行"，也不是推脱责任——看清一件事怎样发生，是为了看清自己的手能伸到哪里。推翻条件：若能找到一样东西不经过任何重复、第一回就稳稳立住、从此一直不变，"发现是被发生出来的"就要收窄。小行动：把那句"我就是……"拿出来问三句——从哪一回开始的？哪一串事带到了今天？什么和什么缠在一起托住了它？写在一张纸上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第一篇 · 世界怎样发生</w:t>
      </w:r>
    </w:p>
    <w:p>
      <w:pPr>
        <w:pStyle w:val="Heading1"/>
      </w:pPr>
      <w:r>
        <w:t>02  第二讲（上）：摸钥匙、听水壶、看天亮——每一种感觉里都有完整的 S·D·E</w:t>
      </w:r>
    </w:p>
    <w:p>
      <w:r>
        <w:t>第二讲　三大感觉里的 SDE（三种感觉） · 原文：https://sdeuniverses.com/books/m/535/text/#s6</w:t>
      </w:r>
    </w:p>
    <w:p>
      <w:pPr>
        <w:pStyle w:val="Heading2"/>
      </w:pPr>
      <w:r>
        <w:t>带着问读</w:t>
      </w:r>
    </w:p>
    <w:p>
      <w:r>
        <w:t>先说一件事：停电的晚上，你是怎样在抽屉里摸到钥匙的？再带着问读第二讲前四节：第一，S、D、E 三个字母的大白话各是什么——为什么说 S 是一层层显出来的"显露谱系"，不是一张定格照片？第二，摸钥匙、听水壶要开、看窗外天亮，三件事里显露、差异序列、纠缠各在哪里？第三，为什么不能说"触觉管纠缠、听觉管差异、视觉管显露"？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核对本单元的判断：触觉、听觉、视觉各含完整的 S·D·E——一串差别启动，样子随之一层层显露，手和钥匙、耳朵和水壶、眼睛和那栋楼缠在一起，换一个人、换一个场就不同；摸只是最容易让人意识到"缠在一起"。推翻条件：若有人能把一次摸干干净净拆成三段、段段独立成立，这一句就错了。小行动：出门前闭上眼摸出钥匙，留心"就是它"是在哪一刻显出来的，又是凭什么认得它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第一篇 · 世界怎样发生</w:t>
      </w:r>
    </w:p>
    <w:p>
      <w:pPr>
        <w:pStyle w:val="Heading1"/>
      </w:pPr>
      <w:r>
        <w:t>03  第二讲（下）：拿掉一维试试——三个字母为什么分不开</w:t>
      </w:r>
    </w:p>
    <w:p>
      <w:r>
        <w:t>第二讲　三大感觉里的 SDE（三维不可分） · 原文：https://sdeuniverses.com/books/m/535/text/#s6</w:t>
      </w:r>
    </w:p>
    <w:p>
      <w:pPr>
        <w:pStyle w:val="Heading2"/>
      </w:pPr>
      <w:r>
        <w:t>带着问读</w:t>
      </w:r>
    </w:p>
    <w:p>
      <w:r>
        <w:t>先说一件事：冰箱一直嗡嗡响，你什么时候才"听见"它？再带着问读第二讲后三节：第一，手指一动不动按着钥匙，感觉为什么会退下去——没有差异序列，为什么就没有显露？第二，拿掉纠缠、拿掉显露，又各会怎样？第三，摸、听、看三把尺子各量什么：缠绕、序列、"现成感"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单元的判断：三维不可分，把它们分开讲只是理念界的一刀假想切割，讲完要合回去；你认出的每一样东西，都只是一条显露谱系此刻的截面。推翻条件：若手完全不动、声音一点不变、光一点不变，东西却照样越显越清楚，"没有差异序列就没有显露"就错了。小行动：把手放在桌上一样东西上一动不动，记下那份感觉在几秒后开始退；再动一下手指，看它回不回来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第一篇 · 世界怎样发生</w:t>
      </w:r>
    </w:p>
    <w:p>
      <w:pPr>
        <w:pStyle w:val="Heading1"/>
      </w:pPr>
      <w:r>
        <w:t>04  第三讲：九宫与三号位——卡住时把九格挨个点一遍</w:t>
      </w:r>
    </w:p>
    <w:p>
      <w:r>
        <w:t>第三讲　九宫与三号位 · 原文：https://sdeuniverses.com/books/m/535/text/#s7</w:t>
      </w:r>
    </w:p>
    <w:p>
      <w:pPr>
        <w:pStyle w:val="Heading2"/>
      </w:pPr>
      <w:r>
        <w:t>带着问读</w:t>
      </w:r>
    </w:p>
    <w:p>
      <w:r>
        <w:t>先说一件事：最近哪一件小事卡住了——孩子不肯吃饭，一份材料写不下去？再带着问读第三讲：第一，外婆那一碗汤怎样走一遍九格，S、D、E 各分哪三层？第二，"西瓜好甜""慢点吃""我觉得今年的更甜"三句话，为什么落在"它""正在""我"三个号位？第三，同位套和异位套有什么不同，两套三角碰在同一点上为什么能推出新东西？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核对本讲的判断：九格不是九样东西，是同一件事被假想地切了九刀；三列只是侧重相应，不是相等；D2 那一格最常被讲短，前行之外要有回写、还要有跃层，做了很多遍还在原地，多半是回写断了。推翻条件：若拿九宫去点大多数卡住的事，九格点遍、换了异位套也看不出任何新办法，九宫这张检查表在日子里就不顶用。小行动：画九格，每格写一句话；写不出来的那一格，就是明天先去看的地方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第二篇 · 三件工具</w:t>
      </w:r>
    </w:p>
    <w:p>
      <w:pPr>
        <w:pStyle w:val="Heading1"/>
      </w:pPr>
      <w:r>
        <w:t>05  第四讲：三方程——问"是什么"，连问三句</w:t>
      </w:r>
    </w:p>
    <w:p>
      <w:r>
        <w:t>第四讲　三方程：一件事是什么（What） · 原文：https://sdeuniverses.com/books/m/535/text/#s9</w:t>
      </w:r>
    </w:p>
    <w:p>
      <w:pPr>
        <w:pStyle w:val="Heading2"/>
      </w:pPr>
      <w:r>
        <w:t>带着问读</w:t>
      </w:r>
    </w:p>
    <w:p>
      <w:r>
        <w:t>先说一件事：你最近说过哪句"这件事就是这样"？再带着问读第四讲：第一，三句追问——怎么长成的、往哪里走、留下了什么——分别对着哪一个方程？第二，"土是走出来的，不是分配的"是什么意思，一道错题、一个家的规矩怎样说明它？第三，三问检验怎样分开"信息"和"知识"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核对本讲的判断：三方程 S = F(D, E)、D = G(S, E)、E = H(S, D) 说的是每一维都由另外两维生成，没有哪一维是给定的起点；F、G、H 是三个不同的占位记号，不是代数公式；三句里最常被漏的是第三句。推翻条件：问出来的东西若和"他就是这样"完全重合，一处可以去查的新区别都没多出来，三方程在那件事上就只是换了说法。小行动：把那句"就是这样"写成三行，看写完以后有没有多出一件能去查的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第二篇 · 三件工具</w:t>
      </w:r>
    </w:p>
    <w:p>
      <w:pPr>
        <w:pStyle w:val="Heading1"/>
      </w:pPr>
      <w:r>
        <w:t>06  第五讲：六路径——这件事卡在哪一维，就从那一维起手</w:t>
      </w:r>
    </w:p>
    <w:p>
      <w:r>
        <w:t>第五讲　六路径：从哪一维起手（How） · 原文：https://sdeuniverses.com/books/m/535/text/#s10</w:t>
      </w:r>
    </w:p>
    <w:p>
      <w:pPr>
        <w:pStyle w:val="Heading2"/>
      </w:pPr>
      <w:r>
        <w:t>带着问读</w:t>
      </w:r>
    </w:p>
    <w:p>
      <w:r>
        <w:t>先说一件事：你拖了很久的一件小事，现在卡在哪里？再带着问读第五讲：第一，"任务 DNA"怎样读出此刻哪一维最吃紧？第二，沉淀型、倒逼型、锚定型、进入型、原型型、再创型六条路，各用周铭、搬家、果果的沙坑、外婆的合唱团、朋友圈小店、老裁缝的哪一件事说清？第三，怎样判断一个次序是真的——换了次序，结果变没变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路是谁先被点亮、先主导，三维始终同在；六条路没有高下，只有配不配——配的是这一件事、这一个时刻，不是这一个人；一条路走到头，就是下一条路的起点。推翻条件：若从最吃紧的那一维起手，换了好几件事，结果和随手乱起手没有任何分别，"起手决定路"就错了。小行动：写下一句"它现在卡在哪一维"，然后只从那一维做第一个动作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第二篇 · 三件工具</w:t>
      </w:r>
    </w:p>
    <w:p>
      <w:pPr>
        <w:pStyle w:val="Heading1"/>
      </w:pPr>
      <w:r>
        <w:t>07  第六讲：123 原理与回写——劲从两样东西对不上的地方来</w:t>
      </w:r>
    </w:p>
    <w:p>
      <w:r>
        <w:t>第六讲　123 原理与回写：动力从哪里来（Why） · 原文：https://sdeuniverses.com/books/m/535/text/#s11</w:t>
      </w:r>
    </w:p>
    <w:p>
      <w:pPr>
        <w:pStyle w:val="Heading2"/>
      </w:pPr>
      <w:r>
        <w:t>带着问读</w:t>
      </w:r>
    </w:p>
    <w:p>
      <w:r>
        <w:t>先说一件事：你说过很多遍"要改"的一件事，为什么改了又变回去？再带着问读第六讲：第一，为什么说 Drive 不是 D——动力不在哪一维里，而在两维相顶？第二，学骑自行车、一锅菜里，张力积累、形状改变、回写这三拍各在哪里？第三，"化解矛盾"和"给矛盾出口"差在哪里，为什么说发生＝底盘＋回写？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核对本讲的判断：D 与 E 相顶推动 S 变形，S 与 E 相顶推动 D 变形，S 与 D 相顶推动 E 变形；矛盾是燃料不是毛病；压下去的只是读数，明天还会回来，给出口才回写；想通了不算数，回头改掉了路和土才算数。推翻条件：若身边的变化大多不是从对不上的地方起头，或者一件事回回被压、从不给出口，最后反倒走得最远，这一讲就错了。小行动：不再劝自己，去看那件事每天开头那一刻手边有什么，换掉一样东西，一周后看起点变了没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第三篇 · 意义、土与相位</w:t>
      </w:r>
    </w:p>
    <w:p>
      <w:pPr>
        <w:pStyle w:val="Heading1"/>
      </w:pPr>
      <w:r>
        <w:t>08  第七讲：意义三律——目标会长，路在约束里裁，劲在走通的那一下</w:t>
      </w:r>
    </w:p>
    <w:p>
      <w:r>
        <w:t>第七讲　意义三律：创造、自由、幸福 · 原文：https://sdeuniverses.com/books/m/535/text/#s13</w:t>
      </w:r>
    </w:p>
    <w:p>
      <w:pPr>
        <w:pStyle w:val="Heading2"/>
      </w:pPr>
      <w:r>
        <w:t>带着问读</w:t>
      </w:r>
    </w:p>
    <w:p>
      <w:r>
        <w:t>先说一件事：你有没有过"得到了反而空"的一晚？再带着问读第七讲：第一，特征律（又叫创造律）为什么说目标是从跑通的这一层长出来的，不是摆好的终点？第二，自由律为什么不看选项多少，看你在约束里裁出新路的本事？第三，幸福律的张力·转换·释放，和麻醉、分散、抽走这三种"撒糖"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三律同时在长，谁也不能压过谁，压死一律的地方就是病灶；改土不是憋着硬扛，伤害人的关系里没有什么张力要忍。推翻条件：若一个人把劲接在一个结果上，结果到手、路断了，人却一点不空，而且多数人都这样，这一讲就要改。小行动：睡前想一件心里堵着的事，问自己今天是把它盖住了、挪开了、抽走了，还是让它转了一个弯；明天只做一件让它转弯的小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第三篇 · 意义、土与相位</w:t>
      </w:r>
    </w:p>
    <w:p>
      <w:pPr>
        <w:pStyle w:val="Heading1"/>
      </w:pPr>
      <w:r>
        <w:t>09  第八讲：三界、三股劲与刻痕——知道却做不到，结打在哪一界</w:t>
      </w:r>
    </w:p>
    <w:p>
      <w:r>
        <w:t>第八讲　三界、三股劲与刻痕 · 原文：https://sdeuniverses.com/books/m/535/text/#s14</w:t>
      </w:r>
    </w:p>
    <w:p>
      <w:pPr>
        <w:pStyle w:val="Heading2"/>
      </w:pPr>
      <w:r>
        <w:t>带着问读</w:t>
      </w:r>
    </w:p>
    <w:p>
      <w:r>
        <w:t>先说一件事：哪一条道理你全懂、偏偏做不到？再带着问读第八讲：第一，理念界、现实界、自我界为什么是平权、缠着、能互相点火的三处？第二，真·善·美和内能·动能·势能怎样侧重相应？第三，石头"本来是圆的"吗——刻痕怎样一次次沉下、结晶、熔开、再结晶，又怎样固化成偶像和石心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知道却做不到，往往不是意志差，是你在理念界使劲，结却打在自我界或现实界；我们觉得"本来就是那样"的东西，多半是刻得太深、看不出刻过的刻痕；属性没有独自的主人。推翻条件：若改动手边的器物、换习惯，和再讲一遍道理，结果从来没有分别，这一讲说的"三界缠着"就要修改。小行动：画一个三角，三个角写下那句道理、手边那样东西、你身上那个习惯；只改手边那样东西，看一周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第三篇 · 意义、土与相位</w:t>
      </w:r>
    </w:p>
    <w:p>
      <w:pPr>
        <w:pStyle w:val="Heading1"/>
      </w:pPr>
      <w:r>
        <w:t>10  第九讲：三态与四种结局——挂挡、空转、熄火重打、怠速</w:t>
      </w:r>
    </w:p>
    <w:p>
      <w:r>
        <w:t>第九讲　三态与四种结局 · 原文：https://sdeuniverses.com/books/m/535/text/#s15</w:t>
      </w:r>
    </w:p>
    <w:p>
      <w:pPr>
        <w:pStyle w:val="Heading2"/>
      </w:pPr>
      <w:r>
        <w:t>带着问读</w:t>
      </w:r>
    </w:p>
    <w:p>
      <w:r>
        <w:t>先说一件事：你手头哪一件事"使了劲没结果"？再带着问读第九讲：第一，混沌、介生、秩序三相各是什么样子，为什么介生态最珍贵？第二，一台车的四种走法——挂挡前进、空转、熄火重打、怠速——各断在 123 原理的哪一环？第三，命名、判错、计算三把钥匙，各动的是词、链还是账？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读车读的是这件事此刻的转法，不是这个人；混沌里先动手，秩序里再细想；三种病三种办法，不能都用"再加把劲"去治；能松开的主权才是主权。推翻条件：若手头几件事分不出四种转法，或者三把钥匙认真用了几个月什么也没动，而什么也没做的人事情照样动了，这两把尺子就没那么管用。小行动：给手头三件事各写一个字——挂、空、熄、怠——再挑一件，把关于它最常说的那句话改成一句只说一件事的准话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第四篇 · 落到日子里</w:t>
      </w:r>
    </w:p>
    <w:p>
      <w:pPr>
        <w:pStyle w:val="Heading1"/>
      </w:pPr>
      <w:r>
        <w:t>11  第十讲：学会是一次结晶——看懂、背住、刷熟都不是学会</w:t>
      </w:r>
    </w:p>
    <w:p>
      <w:r>
        <w:t>第十讲　学会是一次结晶：教育与学习 · 原文：https://sdeuniverses.com/books/m/535/text/#s17</w:t>
      </w:r>
    </w:p>
    <w:p>
      <w:pPr>
        <w:pStyle w:val="Heading2"/>
      </w:pPr>
      <w:r>
        <w:t>带着问读</w:t>
      </w:r>
    </w:p>
    <w:p>
      <w:r>
        <w:t>先说一件事：孩子（或你自己）作业全对、换一张卷子就空白，是哪一回？再带着问读第十讲：第一，看懂型、背住型、刷熟型三种假会各是什么样子？第二，学会要三样同时在——一处事先写下的对不上、一张接在缝上的场、一份自己付的力气——各缺一样会怎样？第三，为什么说动力是被接住的落差，入库不算发生、回写才算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能撤掉提示、换个问法、碰上反例还立得住，才是一颗结晶；它碰上新的对不上还熔得开、能重新结晶。答案可以转手，结晶不能代付。推翻条件：若不卡住、没人托着、不用自己出力，两周后照样学得一样好、换情境也会用；或者每见一个学会的人都事后说"他一定有过对不上"、却从不事前写下，这一讲就要改。小行动：下次卡住时先别讲，只问一句"你卡在哪一步"；用 AI 之前，先在纸上写下自己的答案。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第四篇 · 落到日子里</w:t>
      </w:r>
    </w:p>
    <w:p>
      <w:pPr>
        <w:pStyle w:val="Heading1"/>
      </w:pPr>
      <w:r>
        <w:t>12  第十一讲：精益求精与预案——变得慢的地方总结经验，变得快的地方写预案</w:t>
      </w:r>
    </w:p>
    <w:p>
      <w:r>
        <w:t>第十一讲　精益求精与预案：工作与事业 · 原文：https://sdeuniverses.com/books/m/535/text/#s18</w:t>
      </w:r>
    </w:p>
    <w:p>
      <w:pPr>
        <w:pStyle w:val="Heading2"/>
      </w:pPr>
      <w:r>
        <w:t>带着问读</w:t>
      </w:r>
    </w:p>
    <w:p>
      <w:r>
        <w:t>先说一件事：同一件活干了很多年，你是一年比一年好，还是十年像一天？再带着问读第十一讲：第一，精益求精这台发动机怎样靠"眼比手高一点"一圈圈往上——冗余和余量怎样分？第二，走过场的六步和真碰的九步差在哪里？第三，当行动会深、快、回不去地改写你依靠的条件时，为什么要把知识从"是"换成"如果……就……"，并挂路标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底下那一层变得慢，让眼和手一圈圈撞、越磨越精；上面那一层变得快，写几版"如果"、挂路标、按路标换——先发生，后使用，再验证和修改；两层压成一层，人就只剩死守老经验或把老功夫一起扔掉。推翻条件：若在变得很快的事上，守着一套老经验不改的人，一直比写了几版预案、按路标换的人站得稳，这两台发动机就得重新拆。小行动：给一件要做决定的事写两版"如果……就……"，每版底下写一块看得见的路标，一个月后对照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第四篇 · 落到日子里</w:t>
      </w:r>
    </w:p>
    <w:p>
      <w:pPr>
        <w:pStyle w:val="Heading1"/>
      </w:pPr>
      <w:r>
        <w:t>13  第十二讲：创造力在土里——别问谁有创造力，问土被改宽了没有</w:t>
      </w:r>
    </w:p>
    <w:p>
      <w:r>
        <w:t>第十二讲　创造力在土里：回写、缝隙与典范 · 原文：https://sdeuniverses.com/books/m/535/text/#s19</w:t>
      </w:r>
    </w:p>
    <w:p>
      <w:pPr>
        <w:pStyle w:val="Heading2"/>
      </w:pPr>
      <w:r>
        <w:t>带着问读</w:t>
      </w:r>
    </w:p>
    <w:p>
      <w:r>
        <w:t>先说一件事：你最近夸过哪样东西"做得好"？再带着问读第十二讲：第一，外婆泡菜坛里那片花椒叶，回写落在哪里——为什么说回写只有一个、归算有三种？第二，早点铺那条缝怎样被找到，缝隙三类和补缝四招各是什么？第三，二阶碰撞是两条各自在发生的洪流怎样撞出双方都没有的做法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创造力不在人身上，不在东西里，也不在合作里，在土被改宽的那一下；问土不问评委；回写是中性的，一勺盐放猛了也是回写，只是改窄了。推翻条件：若评比得分高的东西，后来改土也总是多、两样始终分不开；或者一片土里进来新东西，以后长出的既不更多样、也不更像它，这一讲就站不住。小行动：下次夸一样东西之前停一秒，问这一回变的是做的人、那样东西，还是做它的那片土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第四篇 · 落到日子里</w:t>
      </w:r>
    </w:p>
    <w:p>
      <w:pPr>
        <w:pStyle w:val="Heading1"/>
      </w:pPr>
      <w:r>
        <w:t>14  第十三讲：AI 时代——让 AI 托着你，别让它替你走</w:t>
      </w:r>
    </w:p>
    <w:p>
      <w:r>
        <w:t>第十三讲　AI 时代：信息与知识、复合体与那颗外包不掉的核 · 原文：https://sdeuniverses.com/books/m/535/text/#s20</w:t>
      </w:r>
    </w:p>
    <w:p>
      <w:pPr>
        <w:pStyle w:val="Heading2"/>
      </w:pPr>
      <w:r>
        <w:t>带着问读</w:t>
      </w:r>
    </w:p>
    <w:p>
      <w:r>
        <w:t>先说一件事：你上一次问大模型，得到的是一串排得很整齐的点，还是一根接得上的线？再带着问读第十三讲：第一，信息只有点、知识有线——这三种线是什么？第二，会问大模型的四步：带上自己的过程和处境、分三次问、用三问验、把日子里试出的结果带回下一轮，林晓禾那节作文课怎样走完？第三，车与腿的复合体里，判根、定向、承受为什么落在人这一侧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核对本讲的判断：大模型多的是千万人写下的那一维，缺的是你这个人的过程和处境；最难的一步是自己先说出"哪里对不上"，AI 越肯顺着你，这一步越要自己守住；答案要排在对不上之后。推翻条件：若一个人长年把判根、定向、验收都交给机器，几年后认出"根上歪了"的本事和一直自己判的人分不出高下，这一讲就说多了。小行动：下次打开对话框前，先在纸上写三行：最近一次卡在哪一步、前后谁在场、我认定的原因（注明只是猜测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第四篇 · 落到日子里</w:t>
      </w:r>
    </w:p>
    <w:p>
      <w:pPr>
        <w:pStyle w:val="Heading1"/>
      </w:pPr>
      <w:r>
        <w:t>15  第十四讲：我和我们——各自生，互为底</w:t>
      </w:r>
    </w:p>
    <w:p>
      <w:r>
        <w:t>第十四讲　我和我们：同一性谱系 · 原文：https://sdeuniverses.com/books/m/535/text/#s21</w:t>
      </w:r>
    </w:p>
    <w:p>
      <w:pPr>
        <w:pStyle w:val="Heading2"/>
      </w:pPr>
      <w:r>
        <w:t>带着问读</w:t>
      </w:r>
    </w:p>
    <w:p>
      <w:r>
        <w:t>先说一件事：你家里或你带的班上，是"大家都一样"，还是"各人各样"？再带着问读第十四讲：第一，买衣服的三个时代说的是统一、散开、谱系哪三态？第二，谱系三判据——可对照、可追溯、可协同——再加"进得去、走得掉"，怎样落到一个家、一间教室？第三，为什么天天尝汤的人最先尝不出，互为留底要找一个"没碰过、不相干"的人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本讲的判断：谱系不靠一个不动的标准走正，靠互为留底；靠分叉与回流长——矛盾在一格里装不下就分出新枝，新枝再流回去改写老枝；"我"和"我们"不必二选一。推翻条件：若一群人长期只靠自己核对自己，却一直查得出自己的错，出错不比请别人对照的人多、也不更晚被发现，"互为留底"就站不住。小行动：找一件你一直自己核对的事，请一个平时没碰过它的人看一遍，只问一句"你看哪里对不上"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结语 · SDE 怎样算错</w:t>
      </w:r>
    </w:p>
    <w:p>
      <w:pPr>
        <w:pStyle w:val="Heading1"/>
      </w:pPr>
      <w:r>
        <w:t>16  结语：SDE 怎样算错——带走十句话，也带走它们的死法</w:t>
      </w:r>
    </w:p>
    <w:p>
      <w:r>
        <w:t>结语　SDE 怎样算错 · 原文：https://sdeuniverses.com/books/m/535/text/#s22</w:t>
      </w:r>
    </w:p>
    <w:p>
      <w:pPr>
        <w:pStyle w:val="Heading2"/>
      </w:pPr>
      <w:r>
        <w:t>带着问读</w:t>
      </w:r>
    </w:p>
    <w:p>
      <w:r>
        <w:t>先说一件事：你见过哪一种说法"怎么说都对"？它让你更信还是更疑？再带着问读结语：第一，几条粗粒度的推翻条件各出自哪一部专著，哪几条倒了只是收窄、哪几条倒了伤到根上？第二，SDE 自己怎样会被倒挂成一台先装好的机器，林晓禾那一阵"什么都看得通"错在哪里？第三，三条防线——三维互写、不独占、不自我封顶——各防什么？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结语的判断：一套说法若不肯说出自己会在哪里失败，它就只是一种立场；带走的十句话是问法，不是判词，不拿去给人下定论；永恒的是"意义不断再发生"这件事本身。推翻条件即结语第二节所列各条；查出来若是反的，请相信你查到的，而不是这本书。小行动：从十句话里挑一句你最信的，在它下面写一行"什么事发生了，我就不信它了"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