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AI时代什么知识最值钱？ · 学习包</w:t>
      </w:r>
    </w:p>
    <w:p>
      <w:r>
        <w:t>知识经济在 E 的土壤里出生 · 原书作者：王德生 · ISBN 979-8-90690-546-8 · 第545号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在线学习：https://sdeuniverses.com/books/m/545/agent/learning.html</w:t>
      </w:r>
    </w:p>
    <w:p>
      <w:r>
        <w:br w:type="page"/>
      </w:r>
    </w:p>
    <w:p>
      <w:r>
        <w:t>上篇 · 露水与土壤：什么知识正在变得不值钱</w:t>
      </w:r>
    </w:p>
    <w:p>
      <w:pPr>
        <w:pStyle w:val="Heading1"/>
      </w:pPr>
      <w:r>
        <w:t>01  第1章：同一个云南，一万取不出，一万二取得出</w:t>
      </w:r>
    </w:p>
    <w:p>
      <w:r>
        <w:t>第1章　张阿姨的存折和李叔的本子 · 原文：https://sdeuniverses.com/books/m/545/text/#s7</w:t>
      </w:r>
    </w:p>
    <w:p>
      <w:pPr>
        <w:pStyle w:val="Heading2"/>
      </w:pPr>
      <w:r>
        <w:t>带着问读</w:t>
      </w:r>
    </w:p>
    <w:p>
      <w:r>
        <w:t>先说一件小事：你家里有没有一笔钱，明明在那儿，却一直没动，后来换了个说法就动了？再带着问读第1章（张阿姨、李叔是本书构想的人物）：第一，张阿姨三月取四十万、一万块续存、五月取一万二，差别在“想不想花”，还是在“有没有别人认得的名目”？第二，李叔的本子记下了什么，又漏记了什么？第三，“只存不花”为什么至少有九种？第四，存折上的余额为什么是“露水”，底气为什么是“井”？看一看书里怎样先把话说在前面：九型表是初拟的样品，不是给人定性。还要注意本章“统一的解释为什么都能解释”一节：能解释一切的说法，恰恰最需要被追问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同样的余额，不同的动作；九型表是初拟的、待数据确认的样品，型不是标签。再核对：李叔那一型（记账型）与张阿姨的代签型，在书里是并列的两种“底气”，没有谁对谁错。失败条件：书里留了一个可检验的预言——若按事先写好的编码表去看，大批人取钱的方式与型对不上，九型表就要重画，“钱出门的办法是 E 的一种读法”也要收回。小行动：想家里一项日常开销，写下它被叫作什么名目（如“孝敬”“该买的”），不用写金额。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上篇 · 露水与土壤：什么知识正在变得不值钱</w:t>
      </w:r>
    </w:p>
    <w:p>
      <w:pPr>
        <w:pStyle w:val="Heading1"/>
      </w:pPr>
      <w:r>
        <w:t>02  第2章：S 是露水</w:t>
      </w:r>
    </w:p>
    <w:p>
      <w:r>
        <w:t>第2章　S 是露水 · 原文：https://sdeuniverses.com/books/m/545/text/#s8</w:t>
      </w:r>
    </w:p>
    <w:p>
      <w:pPr>
        <w:pStyle w:val="Heading2"/>
      </w:pPr>
      <w:r>
        <w:t>带着问读</w:t>
      </w:r>
    </w:p>
    <w:p>
      <w:r>
        <w:t>先说一件小事：以前查一个词要翻半天字典，现在对手机说一句就有了。再带着问读第2章：第一，答案的价钱为什么塌得那么快，为什么叫“露水”？第二，张阿姨的腊肉方子，哪些写得下、哪些写不下？第三，为什么 S 是最先被收尽的一层？第四，露水既然谁都拿得走，为什么还说它不是无用？读时留意本章怎样区分“答案值钱”与“知识值钱”：前者靠取得它要走的路。还要注意“统一性知识养活过很多人”这句话：本书认下旧活的价值，也认下那份悲伤是真的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核对要点：被收走的是显露出来的那一层，不是知识的全部；答案要与自己的路相顶，才落得进土里。再核对：本章没有说 AI 的答案是错的，它说的是答案谁都拿得到，所以价钱塌了。失败条件：若发现有一种答案，拿到手的人不走任何自己的路，也能稳稳沉进他的底气里，那么“答案须与自己的路相顶才落土”就该收回。小行动：挑一道你会做的家常菜，写下方子里写得下的三句，再写一句怎么也写不下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上篇 · 露水与土壤：什么知识正在变得不值钱</w:t>
      </w:r>
    </w:p>
    <w:p>
      <w:pPr>
        <w:pStyle w:val="Heading1"/>
      </w:pPr>
      <w:r>
        <w:t>03  第3章：D 可以重来</w:t>
      </w:r>
    </w:p>
    <w:p>
      <w:r>
        <w:t>第3章　D 可以重来 · 原文：https://sdeuniverses.com/books/m/545/text/#s9</w:t>
      </w:r>
    </w:p>
    <w:p>
      <w:pPr>
        <w:pStyle w:val="Heading2"/>
      </w:pPr>
      <w:r>
        <w:t>带着问读</w:t>
      </w:r>
    </w:p>
    <w:p>
      <w:r>
        <w:t>先说一件小事：办过健身卡，或装过记账软件，三个月后又回到老样子。再带着问读第3章：第一，AI 压低的，先是方法的什么？第二，路可以重来，重来要付的是什么？第三，为什么记账三个月又回到老样子，回写到 D 的东西为什么容易抹去？第四，D 的真正价值为什么在于给 E 提供异质回写，而不在方法本身？读时留意“学了才懂，不是白学吗”一节怎样回答：学的路本身，其实是回写的原料。还要看“越标准的路贬得越快”举的是什么例子，想想你自己的哪些手艺属于这一类。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越标准的路贬得越快；同一个做法落在不同的土上，立得住的时间不一样；问题从“哪个方法最好”变成“走哪些路，土里才沉下不同的东西”。再核对：重来要付的代价，书里指的是真实的时间，这一条不因 AI 变快而消失。失败条件：若发现习惯、方法与口音、底气一样难抹去，这一章（和第6章）的不对称就该收回。小行动：想一个你“坚持过又放下”的习惯，写下放下之后，还有哪一点留了下来（手感、口气、眼光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上篇 · 露水与土壤：什么知识正在变得不值钱</w:t>
      </w:r>
    </w:p>
    <w:p>
      <w:pPr>
        <w:pStyle w:val="Heading1"/>
      </w:pPr>
      <w:r>
        <w:t>04  第4章：E 是土壤</w:t>
      </w:r>
    </w:p>
    <w:p>
      <w:r>
        <w:t>第4章　E 是土壤 · 原文：https://sdeuniverses.com/books/m/545/text/#s10</w:t>
      </w:r>
    </w:p>
    <w:p>
      <w:pPr>
        <w:pStyle w:val="Heading2"/>
      </w:pPr>
      <w:r>
        <w:t>带着问读</w:t>
      </w:r>
    </w:p>
    <w:p>
      <w:r>
        <w:t>先说一件小事：有人问你“凭什么敢这么做”，你一时说不出理由，心里却有底。再带着问读第4章：第一，“依靠”和手里拿着的“资源”有什么不同，为什么不能叫环境？第二，命与运在书里各读成什么？第三，潜意识、命运、业、气、惯习，为什么各摸到这块土的一角，E 却不等于其中任何一个？第四，“抉择都为加厚”为什么必须事先可编码？读时留意“一层土，十几个名字”一节：本书说它不是弗洛伊德那个住在人心里的潜意识。还要注意哪些话是王德生的口述（依靠、抉择），哪些是本书的读法（命与运的分法）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核对要点：依靠是缠在一起拆不开的 E；命是一段时间里稳定的型，运是型的迁移，不论好坏；依靠的落点（理念、现实、自我）不同，动钱、动地、动身的方式就不同。再核对：本章把弗洛伊德的潜意识排除在 E 之外，只取它摸到土的一角这一层意思。失败条件：若“加厚”无论怎样都能事后说成加厚，这句话就作废，本章自己先认。小行动：今天做一个小决定之前，先写一句“我想让什么变厚”，晚上对一对有没有对上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中篇一 · 土比树复杂：E 是怎样堆积出来的</w:t>
      </w:r>
    </w:p>
    <w:p>
      <w:pPr>
        <w:pStyle w:val="Heading1"/>
      </w:pPr>
      <w:r>
        <w:t>05  第5章：土壤、树、果子</w:t>
      </w:r>
    </w:p>
    <w:p>
      <w:r>
        <w:t>第5章　土壤、树、果子 · 原文：https://sdeuniverses.com/books/m/545/text/#s12</w:t>
      </w:r>
    </w:p>
    <w:p>
      <w:pPr>
        <w:pStyle w:val="Heading2"/>
      </w:pPr>
      <w:r>
        <w:t>带着问读</w:t>
      </w:r>
    </w:p>
    <w:p>
      <w:r>
        <w:t>先说一件小事：一盆花换了别处的土就不精神。再带着问读第5章（赵伯是本书构想的人物）：第一，土壤、树、果子三样里，为什么土最复杂，土壤学为什么最不发达？第二，赵伯手里一把泥里，缠着哪些东西？第三，土里的三大系统在书里怎样对应，哪些是王德生的口述，哪些只是本书的类比？第四，为什么挖出来的土不是那块土？读时留意王德生说“土壤最复杂”之后，书里加了哪些边界，使这个类比能被挑错。还要看化验读和在场读如何“对着读”：判断要事先说出、事后对账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核对要点：土壤是纠缠，不是堆放，拿走任何一样，剩下的都会变；读数是 S，在场才读得到 E 留下的痕迹；三界一层只作启发。再核对：本章里“学问成熟的次序大约是果子、树、土”，写的是“大约”，不是定论。失败条件：若有人能把土里某一样单独取出而其余完全不变，“纠缠不可拆取”就该收回。小行动：路过一块土地时蹲下看一分钟，数一数你认得出几样东西，再想想哪些是挖出来就看不到的（不要采挖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中篇一 · 土比树复杂：E 是怎样堆积出来的</w:t>
      </w:r>
    </w:p>
    <w:p>
      <w:pPr>
        <w:pStyle w:val="Heading1"/>
      </w:pPr>
      <w:r>
        <w:t>06  第6章：回写的不对称</w:t>
      </w:r>
    </w:p>
    <w:p>
      <w:r>
        <w:t>第6章　回写的不对称 · 原文：https://sdeuniverses.com/books/m/545/text/#s13</w:t>
      </w:r>
    </w:p>
    <w:p>
      <w:pPr>
        <w:pStyle w:val="Heading2"/>
      </w:pPr>
      <w:r>
        <w:t>带着问读</w:t>
      </w:r>
    </w:p>
    <w:p>
      <w:r>
        <w:t>先说一件小事：小时候学的方言口气一辈子改不掉，上个月学的新软件却几天就忘了。再带着问读第6章：第一，三种相顶各是哪两维顶撞、哪一维变、变化写回哪两维？第二，为什么回写到 E 最易沉淀、最难抹去，回写到 D 容易抹去？第三，同质回写与异质回写，一个带来加厚，一个才可能带来迁移，各是怎么回事？第四，为什么说沉进去的未必都是好东西？读时先把王德生口述的方向照原样抄在纸上，再对照书里每一节的例子，看有没有写成“回写落在被推动的那一维”。还要对照 6.4 的例子，想想自己家里有没有沉进去却未必是好东西的口气。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“最难”是比出来的，不是抹不掉；回写的对象在被改变的那一维之外的两维。再核对：同质回写带来加厚，异质回写才可能带来迁移，两者不要混成“都是积累”。失败条件：这是第五条判错条件——若发现回写到 D 的东西（习惯、方法）和回写到 E 的东西（文化、底气）同样难抹去，不对称就错，土的类比要重写。小行动：列两样东西——一个你已经放下的习惯、一个怎么也改不掉的口气，并先写下各算 D 还是 E，再看有没有对上。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中篇一 · 土比树复杂：E 是怎样堆积出来的</w:t>
      </w:r>
    </w:p>
    <w:p>
      <w:pPr>
        <w:pStyle w:val="Heading1"/>
      </w:pPr>
      <w:r>
        <w:t>07  第7章：同一性与谱系</w:t>
      </w:r>
    </w:p>
    <w:p>
      <w:r>
        <w:t>第7章　同一性与谱系 · 原文：https://sdeuniverses.com/books/m/545/text/#s14</w:t>
      </w:r>
    </w:p>
    <w:p>
      <w:pPr>
        <w:pStyle w:val="Heading2"/>
      </w:pPr>
      <w:r>
        <w:t>带着问读</w:t>
      </w:r>
    </w:p>
    <w:p>
      <w:r>
        <w:t>先说一件小事：同一个菜市场里的老街坊，买菜时的口气常常有点像。再带着问读第7章：第一，为什么一块土里的回写会有同一性，而不是五花八门？第二，“谱”和“系”各指什么，为什么分型要看来路？第三，二十七种组合与九型人格是什么关系，“典型型自我加强”为什么只是一个未检验的推论？第四，树倒了，土还在，意味着什么？读时留意“土与土之间多元，一块土内部同一”这句话，它为什么能让土可以分类。还要看 7.4 里新树托得起、托不起的区分，书里把它读成一门稀缺的知识。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核对要点：同一性是同路的回写长出来的，不是预设的统一性；型是地图，不是标签，也不是终身本质。再核对：二十七种是 E1×E2×E3 各取主导一项的组合，九型只是其中典型的；这条推论至今没有数据检验。失败条件：这是第三条判错条件——若按事先写好的编码表，大批人在二十七格里接近均匀铺开、没有典型型，谱系就不成立，第13—16章都要收回或重写。小行动：想一个你熟悉的小圈子（家人群、老同事），写下它的几句口头禅，看是不是同一路来的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中篇一 · 土比树复杂：E 是怎样堆积出来的</w:t>
      </w:r>
    </w:p>
    <w:p>
      <w:pPr>
        <w:pStyle w:val="Heading1"/>
      </w:pPr>
      <w:r>
        <w:t>08  第8章：D 的多元决定 E 的多元</w:t>
      </w:r>
    </w:p>
    <w:p>
      <w:r>
        <w:t>第8章　D 的多元决定 E 的多元 · 原文：https://sdeuniverses.com/books/m/545/text/#s15</w:t>
      </w:r>
    </w:p>
    <w:p>
      <w:pPr>
        <w:pStyle w:val="Heading2"/>
      </w:pPr>
      <w:r>
        <w:t>带着问读</w:t>
      </w:r>
    </w:p>
    <w:p>
      <w:r>
        <w:t>先说一件小事：只在一条街上干了一辈子活的人，和换过好几行的人，说话的口气、遇事先想到的东西，常常不一样。再带着问读第8章（赵伯一家三代是本书构想）：第一，单一林与混交林说的是什么？第二，欧洲与中华为什么是“交换”，不是高下，也不是民族的天赋？第三，一家三代的 E 为什么不一样宽？第四，算法在开路，还是在砍路，书里让你先问哪几件事？读时留意书怎样同时守住两条线：不是高下之分；E 的多元会变，不是民族的天赋。还要看算法一节给出的三个检验问题：给不同的人是不是不一样，榜外的东西能不能活，新东西有没有地方落。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核对要点：路越是互相独立、互相竞争，回写的叶子品种越多；E 的多元会变；比较不是排名。再核对：欧洲与中华的比较，书里守两条：不是高下之分；E 的多元会变，不是民族的天赋。失败条件：这是第四条判错条件——若跨群体、跨时代比较，D 的多元程度与 E 的多元程度毫无关系，第8章的机制就错。小行动：数一数你这一周有几条互相独立的“路”（工作、家务、兴趣、朋友圈），写下每条路给你带回了什么新东西。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中篇二 · 统一性科学与 E</w:t>
      </w:r>
    </w:p>
    <w:p>
      <w:pPr>
        <w:pStyle w:val="Heading1"/>
      </w:pPr>
      <w:r>
        <w:t>09  第9章：统一性科学的三种手法</w:t>
      </w:r>
    </w:p>
    <w:p>
      <w:r>
        <w:t>第9章　统一性科学的三种手法 · 原文：https://sdeuniverses.com/books/m/545/text/#s17</w:t>
      </w:r>
    </w:p>
    <w:p>
      <w:pPr>
        <w:pStyle w:val="Heading2"/>
      </w:pPr>
      <w:r>
        <w:t>带着问读</w:t>
      </w:r>
    </w:p>
    <w:p>
      <w:r>
        <w:t>先说一件小事：常听人说“人一到年纪就保守”“孩子都是这样”。再带着问读第9章：第一，无摩擦的斜面是怎样“把 E 简化”的？第二，代表性家庭属于哪一种手法？第三，从四体液到九型人格，“几类化”为什么也会钉死？第四，怎样判断一块地方 E 厚不厚，书里让你问哪三件事？读时留意本章怎样先肯定统一性科学的成功，再说它在哪里失手。还要注意 9.4：本书自己的九型表也要接受同一套检验。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核对要点：三种手法在 E 稀薄处成功，在 E 厚重处失手；每套理论里藏着一个 E 的预设，该问“它在哪一型里准”，不是“它对不对”。再核对：本章要求的问法是“它在哪一型里准”，不是“它对不对”。失败条件：若发现某套统一理论在 E 很厚重的地方，也没有把任何一部分人平均掉，“三种手法在厚处失手”就该收窄。小行动：挑一句你常听的“规律”，写下它默认的是谁、在哪一类人里大概不成立。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中篇二 · 统一性科学与 E</w:t>
      </w:r>
    </w:p>
    <w:p>
      <w:pPr>
        <w:pStyle w:val="Heading1"/>
      </w:pPr>
      <w:r>
        <w:t>10  第10章：数学：E 的最大统一</w:t>
      </w:r>
    </w:p>
    <w:p>
      <w:r>
        <w:t>第10章　数学：E 的最大统一 · 原文：https://sdeuniverses.com/books/m/545/text/#s18</w:t>
      </w:r>
    </w:p>
    <w:p>
      <w:pPr>
        <w:pStyle w:val="Heading2"/>
      </w:pPr>
      <w:r>
        <w:t>带着问读</w:t>
      </w:r>
    </w:p>
    <w:p>
      <w:r>
        <w:t>先说一件小事：一块钱的工资，和一块钱的红包，在账上都是“1”，在你心里一样吗？再带着问读第10章：第一，一个苹果加一个苹果，是怎样先把苹果“剥成点”才能算的？第二，欧氏与非欧说明了数学内部的什么松动？第三，伞模型在书里被读作什么，和非局域算子的分别是什么，哪些是王德生的口述、哪些是本书的读法？第四，名目数为什么还只是设想？读时留意哪些句子是王德生的口述（数学是最大程度的 E 统一性，伞模型），哪些是本书的读法（第一朵花、半径为零的特例）。还要看本章怎样承认自己的名目数、谱系数学至今没做出新定理。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核对要点：数学不是错的，是把 E 压得最平的读法；点是半径为零的特例，这是本书的读法。再核对：本章没有批评数学，它说的是数学是一种读法，一种把 E 压到最平的读法。失败条件：本章自认——名目数、E 签名等若不能带来数学里没有自然写法的新问题和新定理，就不算数学，目前一个也没做到；伞模型与近场动力学若被证明并无实质分别，这一处区分要收回。小行动：想两笔“同样数目”的钱，写下它们为什么不能随便换，不用写金额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中篇二 · 统一性科学与 E</w:t>
      </w:r>
    </w:p>
    <w:p>
      <w:pPr>
        <w:pStyle w:val="Heading1"/>
      </w:pPr>
      <w:r>
        <w:t>11  第11章：人文学科的短板与新生</w:t>
      </w:r>
    </w:p>
    <w:p>
      <w:r>
        <w:t>第11章　人文学科的短板与新生 · 原文：https://sdeuniverses.com/books/m/545/text/#s19</w:t>
      </w:r>
    </w:p>
    <w:p>
      <w:pPr>
        <w:pStyle w:val="Heading2"/>
      </w:pPr>
      <w:r>
        <w:t>带着问读</w:t>
      </w:r>
    </w:p>
    <w:p>
      <w:r>
        <w:t>先说一件小事：孩子夜里说不舒服，母亲手背一贴额头，就大概知道“要不要紧”。（这是本书构想的场景，书里不判断读得对不对，也不涉及医学。）再带着问读第11章：第一，这一摸里缠着哪些东西，换个陌生人为什么读不出来？第二，天赋论和体悟论为什么都积累不起来？第三，知识史的四段为什么不是高低阶梯？第四，“虚的 E”怎样才不滑向神秘？读时留意王德生的口述（E 虚、谱系是人文学科的短板）与本书的归纳（知识史四段）怎样被分开标明。还要看 11.4 怎样把“虚的东西”变成“可以出错的学问”。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核对要点：虚的是 E，实的是它留在 S 上的型的痕迹；先写编码规则，再对结果。再核对：知识史四段是本书的归纳，不是严格的史学断代，也不是高低阶梯。失败条件：若事先写下了编码规则，仍说不出“什么痕迹出现就算错”，那么“让虚的 E 成为学问”这一步就没有做成。小行动：选一件你“凭感觉就知道”的事，写下你凭的至少两个痕迹，再写一句：什么痕迹出现，就说明你看错了。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中篇二 · 统一性科学与 E</w:t>
      </w:r>
    </w:p>
    <w:p>
      <w:pPr>
        <w:pStyle w:val="Heading1"/>
      </w:pPr>
      <w:r>
        <w:t>12  第12章：E 的研究：未来科研的典范</w:t>
      </w:r>
    </w:p>
    <w:p>
      <w:r>
        <w:t>第12章　E 的研究：未来科研的典范 · 原文：https://sdeuniverses.com/books/m/545/text/#s20</w:t>
      </w:r>
    </w:p>
    <w:p>
      <w:pPr>
        <w:pStyle w:val="Heading2"/>
      </w:pPr>
      <w:r>
        <w:t>带着问读</w:t>
      </w:r>
    </w:p>
    <w:p>
      <w:r>
        <w:t>先说一件小事：常听“研究表明……”，你身边的人却不一定是这样。再带着问读第12章：第一，两个小组做同一个小实验却结果相反，书里给了什么“另一种读法”，为什么它只是假说？第二，它和“处理效应异质性”的分别在哪三处？第三，为什么用“全球文献有没有人说过”评创新是错的？第四，“在田里摸土”要怎样做才能被现场推翻？读时留意书里引的重复危机数字，注明已对照二手报道核过、引用以原论文为准。还要看盲编码、重访和改版留痕分别防的是什么毛病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先分型、后查近邻；盲编码、隔段时间重访、改版留痕；平均数在型不同的人群里会失灵。再核对：书里的小实验是本书构想的场景，重复危机的数字另有出处，两者不要混用。失败条件：书里写明，若事先分型之后，重复不出来的结果并没有因此减少，这个假说就错。小行动：想你听过的一条“研究表明”，写下它的对象是哪一类人，你身边这类人和他们是不是同一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下篇一 · 最值钱的四种 E 知识</w:t>
      </w:r>
    </w:p>
    <w:p>
      <w:pPr>
        <w:pStyle w:val="Heading1"/>
      </w:pPr>
      <w:r>
        <w:t>13  第13章：划型的知识</w:t>
      </w:r>
    </w:p>
    <w:p>
      <w:r>
        <w:t>第13章　划型的知识 · 原文：https://sdeuniverses.com/books/m/545/text/#s22</w:t>
      </w:r>
    </w:p>
    <w:p>
      <w:pPr>
        <w:pStyle w:val="Heading2"/>
      </w:pPr>
      <w:r>
        <w:t>带着问读</w:t>
      </w:r>
    </w:p>
    <w:p>
      <w:r>
        <w:t>先说一件小事：街上两个人，一个裹紧外套、说话轻，一个敞着怀、边说边挥手，你第一眼会怎么归类。再带着问读第13章（周大夫是本书构想的人物）：第一，谁先画出型的地图，为什么这件事反而成了稀缺？第二，发生型专著为什么像一张写给普通人读的预注册？第三，划型的功夫是哪四样？第四，AI 能帮着做什么、划不了什么？读时留意周大夫的“图画在脑子里”与九型表“画在纸上”有什么不同：纸上的图可以公开地错。还要看 13.4 里“稀缺的是划分 E 的能力，不是 E 的数据”这句话怎样被论证。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核对要点：型是地图，不是标签，不排名，不做诊断；AI 能打勾、聚类、提候选，拿什么当轴、哪些算典型要有站在田里的人。再核对：本章的“型”不排名、不做诊断，书里没有哪一型比哪一型更好。失败条件：若出现无须任何在场者、AI 自己就能选对轴、定对典型、讲清来路的情形，“划型稀缺”就该收回。小行动：给你熟悉的一类场合（如小区门口的摊主）列三个看得见的记号，请家人照着看一遍，对不对得上。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下篇一 · 最值钱的四种 E 知识</w:t>
      </w:r>
    </w:p>
    <w:p>
      <w:pPr>
        <w:pStyle w:val="Heading1"/>
      </w:pPr>
      <w:r>
        <w:t>14  第14章：在场读型的知识</w:t>
      </w:r>
    </w:p>
    <w:p>
      <w:r>
        <w:t>第14章　在场读型的知识 · 原文：https://sdeuniverses.com/books/m/545/text/#s23</w:t>
      </w:r>
    </w:p>
    <w:p>
      <w:pPr>
        <w:pStyle w:val="Heading2"/>
      </w:pPr>
      <w:r>
        <w:t>带着问读</w:t>
      </w:r>
    </w:p>
    <w:p>
      <w:r>
        <w:t>先说一件小事：同一间教室里，两个孩子都说“作业没交”，说法却完全不同。再带着问读第14章（陈老师是本书构想的人物）：第一，陈老师听小凯和小满的话，先看的是什么？第二，哈耶克的“时间与地点的知识”占住了什么、推不出什么？第三，斯科特的清晰化与米提斯，在这里怎样落位？第四，为什么初级活断了，稀缺的不是手艺而是那层 E？读时对四位近邻（哈耶克、斯科特、波兰尼、Ide 2025）都问两句：他占住了什么，他推不出什么。还要看“说不出，不等于验不了”这句话怎样让默会知识也能被对账。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读的是这一个人此刻靠什么、正往哪里去，不是贴终身标签；事先写赌注、事后对账；错账要留着。再核对：读错的账要留着，书里说错账是这门知识里最难沉也最值钱的部分。失败条件：这是第一条判错条件——若 AI 仅凭行为数据，大批、可重复地比在场的人更早更准，“在场读型稀缺”就错，第14章要收回。小行动：下次和家人说话前，写一句“我猜他今天更靠……”，事后只对账，不拿去评价他人，错了就把错账留下。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下篇一 · 最值钱的四种 E 知识</w:t>
      </w:r>
    </w:p>
    <w:p>
      <w:pPr>
        <w:pStyle w:val="Heading1"/>
      </w:pPr>
      <w:r>
        <w:t>15  第15章：加厚 E 的知识</w:t>
      </w:r>
    </w:p>
    <w:p>
      <w:r>
        <w:t>第15章　加厚 E 的知识 · 原文：https://sdeuniverses.com/books/m/545/text/#s24</w:t>
      </w:r>
    </w:p>
    <w:p>
      <w:pPr>
        <w:pStyle w:val="Heading2"/>
      </w:pPr>
      <w:r>
        <w:t>带着问读</w:t>
      </w:r>
    </w:p>
    <w:p>
      <w:r>
        <w:t>先说一件小事：照着手机上的数字学做一道菜，和跟着老手学，感觉很不一样。再带着问读第15章（赵伯、小刘是本书构想的人物）：第一，小刘为什么量得很准，却插不直？“学进身体”是回写到哪里？第二，养地为什么不是多积累？第三，加厚怎样事先编码、允许被判错？第四，板结是什么，书里给了哪几种防法？读时留意“养土不是多积累”这句话，书里怎样用异质回写和板结来支撑。还要看 15.3 里的“事先登记、别人可读、写明什么结果算错”三个条件。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子上的会说，步骤里的会忘，沉进土里的才留得住；只有同一类的回写，再好也会板结。再核对：本章的数字（株距、行距）只为说明，不是栽培指南，读者不要照着去种。失败条件：若加厚的标记是事后才定的，它就是一句废话；若同一做法在多样回写和单一回写下立得一样久，“要异质回写”就该收回。小行动：留一角“试验田”——挑一件小事，试一种和平时不同的做法，写下怎样算错，并保证随时能撤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下篇一 · 最值钱的四种 E 知识</w:t>
      </w:r>
    </w:p>
    <w:p>
      <w:pPr>
        <w:pStyle w:val="Heading1"/>
      </w:pPr>
      <w:r>
        <w:t>16  第16章：迁移与未发生格</w:t>
      </w:r>
    </w:p>
    <w:p>
      <w:r>
        <w:t>第16章　迁移与未发生格的知识 · 原文：https://sdeuniverses.com/books/m/545/text/#s25</w:t>
      </w:r>
    </w:p>
    <w:p>
      <w:pPr>
        <w:pStyle w:val="Heading2"/>
      </w:pPr>
      <w:r>
        <w:t>带着问读</w:t>
      </w:r>
    </w:p>
    <w:p>
      <w:r>
        <w:t>先说一件小事：有的钱你只肯用在孩子身上，过了几年，不知不觉也肯用在自己身上。再带着问读第16章（张阿姨一家是本书构想）：第一，从代签型到自名型，没变的是什么，变了的是什么？第二，九种条件扫过一遍，哪些格有人在做，哪些停了，哪些从未发生？第三，没发生的格为什么不硬填内容，只回答哪两件事？第四，E 的“可创新性”指什么？读时留意书怎样处理那一格“自我界的 E 知识”：它是核心格，状态是未发生，不是已有成果。还要看九格全扫表（附录B）里各格的状态，以及为什么空格不硬填内容。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核对要点：型会迁移，不是终身的；自名是年年重复写下同一种名目，写到沉进 E，一次备注只是一片叶子。再核对：结语里另一家（孙家）与张阿姨一家不是同一家，两处是自名的两种开头，都还在中间站上。失败条件：若书里标为“未发生”的格，其实已有大量可核的实践，那一格的状态就要改；若一两次备注就让人稳稳走到自名，“要沉淀”的读法也该收回。小行动：在本子上给一件小事写一个“我想……”的名目（不涉及金额），明年再看是否还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下篇二 · 知识经济的出生</w:t>
      </w:r>
    </w:p>
    <w:p>
      <w:pPr>
        <w:pStyle w:val="Heading1"/>
      </w:pPr>
      <w:r>
        <w:t>17  第17章：统一性的知识经济</w:t>
      </w:r>
    </w:p>
    <w:p>
      <w:r>
        <w:t>第17章　统一性的知识经济为何生不出来 · 原文：https://sdeuniverses.com/books/m/545/text/#s27</w:t>
      </w:r>
    </w:p>
    <w:p>
      <w:pPr>
        <w:pStyle w:val="Heading2"/>
      </w:pPr>
      <w:r>
        <w:t>带着问读</w:t>
      </w:r>
    </w:p>
    <w:p>
      <w:r>
        <w:t>先说一件小事：街口的打印店，十年前替人改简历、翻证明、拟合同，如今客人对手机说几句就办完。（老胡打印店是本书构想。）再带着问读第17章：第一，这类生意卖的是知识的哪一层，为什么价格被压向零？第二，罗默的非竞争性在书里被认下什么、推不出什么？第三，旧定义的知识经济统计了哪一半知识，漏了哪一半？第四，“同一性让它可交换，谱系让它留价”是什么意思？读时留意本章怎样先说旧的知识经济“是实实在在的知识经济”，再说它为什么自己消解。还要看 17.4 的“转型期”：价格分化被读作读数，也被用作判错的办法。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不可移植是价格留得住的必要条件，不是充分条件；价格的分化是转型期的读数，也是判错的办法。再核对：本章认下罗默的非竞争性，推不出的是不可移植的那一层。失败条件：这是第二条判错条件——若划型、在场、加厚三类服务的价格与答案、方法同步下跌，“E 是赛道”就错；本书不预测价格，也不构成投资建议。小行动：回想你这一年为“知识”花过钱的三件事，分一分买的是答案、方法，还是“读出这一个”（不用写金额）。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下篇二 · 知识经济的出生</w:t>
      </w:r>
    </w:p>
    <w:p>
      <w:pPr>
        <w:pStyle w:val="Heading1"/>
      </w:pPr>
      <w:r>
        <w:t>18  第18章：主体性经济</w:t>
      </w:r>
    </w:p>
    <w:p>
      <w:r>
        <w:t>第18章　主体性经济 · 原文：https://sdeuniverses.com/books/m/545/text/#s28</w:t>
      </w:r>
    </w:p>
    <w:p>
      <w:pPr>
        <w:pStyle w:val="Heading2"/>
      </w:pPr>
      <w:r>
        <w:t>带着问读</w:t>
      </w:r>
    </w:p>
    <w:p>
      <w:r>
        <w:t>先说一件小事：打客服电话，你不管是谁接，流程都一样。再带着问读第18章（呼叫中心的小莫是本书构想）：第一，“可以互换”为什么是成就，又留下了什么后果？第二，主体性经济卖的是什么，价格为什么按“这一个”算、常以年计？第三，自名为什么不等于只为自己？第四，它和个人 IP、创作者经济差在哪里，书里说卖 S 与卖 E 的分界是什么？读时留意本章怎样守住一条线：这里的主体不是先在的“我”，不是“我自主、我自由、我自发”。还要看 18.4 里本书对分法的自我提醒：这是本书的分法，请挑错。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核对要点：卖 S 是借名，卖 E 才是自名；拿走名字后东西还在不在，是分界；主体不是先在的“我”，是在纠缠里发生出来的。再核对：本章里“可以互换”被写成一项很大的成就，本书对它没有任何轻视。失败条件：若一项服务拿走了提供者的名字，价格与交付毫无变化，它就不该算主体性经济；这一章的分界是本书的读法，请读者挑错。小行动：看一项你常用的服务，问：把提供者的名字拿掉，它还能照样卖给下一个人吗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下篇二 · 知识经济的出生</w:t>
      </w:r>
    </w:p>
    <w:p>
      <w:pPr>
        <w:pStyle w:val="Heading1"/>
      </w:pPr>
      <w:r>
        <w:t>19  第19章：普通人的井</w:t>
      </w:r>
    </w:p>
    <w:p>
      <w:r>
        <w:t>第19章　普通人的井 · 原文：https://sdeuniverses.com/books/m/545/text/#s29</w:t>
      </w:r>
    </w:p>
    <w:p>
      <w:pPr>
        <w:pStyle w:val="Heading2"/>
      </w:pPr>
      <w:r>
        <w:t>带着问读</w:t>
      </w:r>
    </w:p>
    <w:p>
      <w:r>
        <w:t>先说一件小事：长辈蹲在田埂上抓起一把土捏一捏，说“还差两天”，说不出道理，却很少错。再带着问读第19章（赵伯是本书构想）：第一，这套读法是怎样一年年长出来的，读的是什么，又为什么至今不值钱？第二，发生型的书怎样同时补上名字、地图和留存？第三，为什么交换的不是 E 本身，而是 E 的谱系图？第四，“自己的知识工厂”为什么要许多小工厂，而不是一家大工厂？读时留意“种了三十年的人手上就已经有这份手艺”这类说法，书里把它放在“构想但每个动作都认得”的位置。还要看 19.3 为什么说一家大工厂容易只产出平均。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土不能卖，土的分类图可以传；署名是签下去之后，“这一笔是谁的”才显出来。再核对：土不能卖，土的分类图可以传，这是本章最要记住的一句。失败条件：若一本发生型的书补不上名字、地图、留存中的任何一样，或读者拿它也读不出自己这一型的来路，“书是补上这三样的办法”就该收回；本书不保证任何收入或效果。小行动：写一页“我这一行（或这件事）里，我靠哪三个记号做判断”，署上自己的名字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下篇二 · 知识经济的出生</w:t>
      </w:r>
    </w:p>
    <w:p>
      <w:pPr>
        <w:pStyle w:val="Heading1"/>
      </w:pPr>
      <w:r>
        <w:t>20  第20章：谁来养土，以及本书会在哪里错</w:t>
      </w:r>
    </w:p>
    <w:p>
      <w:r>
        <w:t>第20章　谁来养土 · 原文：https://sdeuniverses.com/books/m/545/text/#s30</w:t>
      </w:r>
    </w:p>
    <w:p>
      <w:pPr>
        <w:pStyle w:val="Heading2"/>
      </w:pPr>
      <w:r>
        <w:t>带着问读</w:t>
      </w:r>
    </w:p>
    <w:p>
      <w:r>
        <w:t>先说一件小事：把一天的杂事交给 AI，十分钟就办完了，可常客最近的变化它看不出。（刘姐的面馆是本书构想。）再带着问读第20章：第一，AI 在管什么，为什么说这是好事？第二，人管什么，初级活被接走会断掉什么？第三，全球单一林的风险是怎样来的，“最好的”与“还有三种走法”有什么不同？第四，本书的五条判错条件，哪条最容易被推翻？读时留意 20.4 开头的一句话：说“最值钱的是 E 的知识”很容易被读成无法反驳的话，所以要自己写下怎样会输。还要看“容易被读歪的四处”各自的防线，并核对附录D 的表。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五条都要事先登记，数据先看到、标准后订的一律不算；五条有层次，第三条（谱系）是地基；错了就改，错在哪一条，就收回对应的章。再核对：这五条是粗的，只说出现什么大格局就算错；若有人做出更细的检验，以更细的为准。失败条件：就是五条本身，任何一条成立，本书对应部分即错。小行动：用同一个不涉及隐私的小问题问 AI 两次，一次问“最好的做法”，一次问“还有哪三种走法”，比较两次得到的地图有什么不同。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