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AI时代的职业教育出路：技术的同一性谱系 · 学习包</w:t>
      </w:r>
    </w:p>
    <w:p>
      <w:r>
        <w:t>基于SDE技术发生智能体的路径同一性发生学 · 原书作者：王德生 · ISBN 979-8-90690-553-6 · 第551号 · US$20.00</w:t>
      </w:r>
    </w:p>
    <w:p>
      <w:r>
        <w:t>先答、带问阅读、再答、讨论、本人修订、迁移与观察。初答不覆盖；建议待核对；理解、赞同和现实应用分别记录。本包是配套学习设计，不是著者原文或已验证训练量表；学习记录只作本人回看与讨论，不用于打分、评级或录取。</w:t>
      </w:r>
    </w:p>
    <w:p>
      <w:r>
        <w:t>在线学习：https://sdeuniverses.com/books/m/551/agent/learning.html</w:t>
      </w:r>
    </w:p>
    <w:p>
      <w:r>
        <w:br w:type="page"/>
      </w:r>
    </w:p>
    <w:p>
      <w:r>
        <w:t>第一编 · 缺口：统一性技术与“次等”的账</w:t>
      </w:r>
    </w:p>
    <w:p>
      <w:pPr>
        <w:pStyle w:val="Heading1"/>
      </w:pPr>
      <w:r>
        <w:t>01  第1章：正规统一技术指导的账</w:t>
      </w:r>
    </w:p>
    <w:p>
      <w:r>
        <w:t>第1章　正规统一技术指导的账 · 原文：https://sdeuniverses.com/books/m/551/text/#s7</w:t>
      </w:r>
    </w:p>
    <w:p>
      <w:pPr>
        <w:pStyle w:val="Heading2"/>
      </w:pPr>
      <w:r>
        <w:t>带着问读</w:t>
      </w:r>
    </w:p>
    <w:p>
      <w:r>
        <w:t>先想一件事：你学过的哪一门手艺，是被一套“标准动作”教会的？再读第1章：第一，1.1 的乒乓球入门课（构想）里，三十个孩子握拍几乎一样，家长为什么觉得钱花得值？第二，统一指导的三份功劳是什么？第三，1.3 的四笔传递成本是哪几笔？第四，“两类统一”是哪两类，哪一类是事情本身要求的？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统一指导有真功劳，本章没有说它教坏了人；说的是统一首先是传递贵时的成本妥协，事情本身要求的那一层（如一个字不能改的安全、规范）除外。失败条件：若查出连成本很低（一对一、小班）的场合，统一仍被学员和教练普遍当作技术本身的要求，且这样教出来的更好，本章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第一编 · 缺口：统一性技术与“次等”的账</w:t>
      </w:r>
    </w:p>
    <w:p>
      <w:pPr>
        <w:pStyle w:val="Heading1"/>
      </w:pPr>
      <w:r>
        <w:t>02  第2章：技术就是六路径</w:t>
      </w:r>
    </w:p>
    <w:p>
      <w:r>
        <w:t>第2章　技术就是六路径 · 原文：https://sdeuniverses.com/books/m/551/text/#s8</w:t>
      </w:r>
    </w:p>
    <w:p>
      <w:pPr>
        <w:pStyle w:val="Heading2"/>
      </w:pPr>
      <w:r>
        <w:t>带着问读</w:t>
      </w:r>
    </w:p>
    <w:p>
      <w:r>
        <w:t>先想你学骑车或学做饭的第一步：你是先练手感，还是先有一个非做到不可的事？再读第2章：第一，2.1 的两种学骑车开头各是哪条路径的起手？第二，六路径各是哪三步，次序怎么写？第三，为什么说正规统一指导是把六路径压成一条？第四，2.4 换序，结果会变吗？本章对话了哪几种已有的说法（待核）？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核对要点：六路径＝显露、差异序列、纠缠三维的六种起手次序；统一性是把一条次序当成唯一正宗，其余五条当走样。本章对 Dreyfus、约束导向教学法、差异学习、学习风格匹配等说法只写大意，凡未核对原文处标〔待核〕。失败条件：若同一门手艺换序以后，学得的东西与过程在比较中毫无差别，“六条路径”的区分要收回。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第一编 · 缺口：统一性技术与“次等”的账</w:t>
      </w:r>
    </w:p>
    <w:p>
      <w:pPr>
        <w:pStyle w:val="Heading1"/>
      </w:pPr>
      <w:r>
        <w:t>03  第3章：次等的来路</w:t>
      </w:r>
    </w:p>
    <w:p>
      <w:r>
        <w:t>第3章　次等的来路 · 原文：https://sdeuniverses.com/books/m/551/text/#s9</w:t>
      </w:r>
    </w:p>
    <w:p>
      <w:pPr>
        <w:pStyle w:val="Heading2"/>
      </w:pPr>
      <w:r>
        <w:t>带着问读</w:t>
      </w:r>
    </w:p>
    <w:p>
      <w:r>
        <w:t>先想：你身边的人说起职校和技校，用什么口气？再读第3章：第一，中考放榜那一夜（构想）里，孩子和家长各拿的是哪把尺？第二，“用点的尺量路”是什么意思？第三，S 升格、D 压成实习、E 没纠缠，各指什么？第四，AI 把哪一层吃掉了，为什么这让次等问题更尖？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本章的判断是次等不是技术低，是拿“点”的尺去量“路”；这是一个解释，没有调查数据。失败条件：若在量路的尺子已经用上的地方（如有谱位记录与认证），职教的社会评价照样没有变化，这个解释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第一编 · 缺口：统一性技术与“次等”的账</w:t>
      </w:r>
    </w:p>
    <w:p>
      <w:pPr>
        <w:pStyle w:val="Heading1"/>
      </w:pPr>
      <w:r>
        <w:t>04  第4章：两端：一条路与零条谱</w:t>
      </w:r>
    </w:p>
    <w:p>
      <w:r>
        <w:t>第4章　两端：一条路与零条谱 · 原文：https://sdeuniverses.com/books/m/551/text/#s10</w:t>
      </w:r>
    </w:p>
    <w:p>
      <w:pPr>
        <w:pStyle w:val="Heading2"/>
      </w:pPr>
      <w:r>
        <w:t>带着问读</w:t>
      </w:r>
    </w:p>
    <w:p>
      <w:r>
        <w:t>先想：如果不要统一，你觉得会怎样？再读第4章：第一，4.1 统一那一端的“最好的一条路”好在哪里？第二，4.2 零个大一那一端为什么没有人签收？第三，4.3 两端共享的默认是什么？第四，4.4 千克原器再来一次，说的是什么？守破离、差异学习、Lave 与 Wenger 在这里各被写成说对了什么、说不了什么？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两端都不行：一条正宗压平了路，零条谱让路没有对照；共享的默认是“技术要有一个不动的正宗”。外部文献只写大意，出处标〔待核〕。失败条件：若既没有统一、也没有谱的小场合，技术照样可以被准确传递并被查出走样，本章的“两端”诊断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土壤：六路径的 E</w:t>
      </w:r>
    </w:p>
    <w:p>
      <w:pPr>
        <w:pStyle w:val="Heading1"/>
      </w:pPr>
      <w:r>
        <w:t>05  第5章：技术为什么总在手上</w:t>
      </w:r>
    </w:p>
    <w:p>
      <w:r>
        <w:t>第5章　技术为什么总在手上 · 原文：https://sdeuniverses.com/books/m/551/text/#s12</w:t>
      </w:r>
    </w:p>
    <w:p>
      <w:pPr>
        <w:pStyle w:val="Heading2"/>
      </w:pPr>
      <w:r>
        <w:t>带着问读</w:t>
      </w:r>
    </w:p>
    <w:p>
      <w:r>
        <w:t>先揉一团面，或想一件你手上的事：它为什么说不清？再读第5章：第一，5.1 揉面里，哪些东西只在手上？第二，5.2 触觉里的完整 S·D·E 各是什么？第三，手艺的 E 在哪里？第四，师傅为什么只会说“你再来一遍”？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核对要点：手艺的同一性住在 E 里，说下来的是它显出的那一点；触觉自己含完整的 S·D·E，不是一种感觉对一个字母。失败条件：若说得下来的就是手艺的全部（拿文字或视频学的人能达到同样的结果），“同一性住在 E 里”要收回。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土壤：六路径的 E</w:t>
      </w:r>
    </w:p>
    <w:p>
      <w:pPr>
        <w:pStyle w:val="Heading1"/>
      </w:pPr>
      <w:r>
        <w:t>06  第6章：耳朵里的技术</w:t>
      </w:r>
    </w:p>
    <w:p>
      <w:r>
        <w:t>第6章　耳朵里的技术 · 原文：https://sdeuniverses.com/books/m/551/text/#s13</w:t>
      </w:r>
    </w:p>
    <w:p>
      <w:pPr>
        <w:pStyle w:val="Heading2"/>
      </w:pPr>
      <w:r>
        <w:t>带着问读</w:t>
      </w:r>
    </w:p>
    <w:p>
      <w:r>
        <w:t>先想：你听过哪一种声音，一听就知道“不对”？再读第6章：第一，6.1 老师傅听异响（构想）里，他听的是什么？第二，6.2 听觉 SDE 的 D 是节奏，E 是共鸣的场，是怎么讲的？第三，听得出而说不出，录得下吗？第四，口传、口诀、节拍器各管听觉传承的哪一段？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核对要点：听觉的技术靠对照另一副耳朵，才查得出走样；听觉也含完整的 S·D·E。失败条件：若录音与频谱已能让没有师承的人稳定地判出同样的“不对”，本章对“说不出、录不下”的判断要收回。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土壤：六路径的 E</w:t>
      </w:r>
    </w:p>
    <w:p>
      <w:pPr>
        <w:pStyle w:val="Heading1"/>
      </w:pPr>
      <w:r>
        <w:t>07  第7章：眼睛里的技术：视觉的位置</w:t>
      </w:r>
    </w:p>
    <w:p>
      <w:r>
        <w:t>第7章　眼睛里的技术：视觉的位置 · 原文：https://sdeuniverses.com/books/m/551/text/#s14</w:t>
      </w:r>
    </w:p>
    <w:p>
      <w:pPr>
        <w:pStyle w:val="Heading2"/>
      </w:pPr>
      <w:r>
        <w:t>带着问读</w:t>
      </w:r>
    </w:p>
    <w:p>
      <w:r>
        <w:t>先想：你有没有看着视频学会过什么、又没学会过什么？再读第7章：第一，看一百遍游泳视频能学会游泳吗，7.1 怎么答？第二，视觉 SDE 为什么偏稳定的特征与点性？第三，图纸与教材为什么是 1→N 的好工具？第四，视觉载体错位是怎样错的？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核对要点：视觉是技术的 1→N 工具，不是 0→1 的土壤；视觉自己也含完整的 S·D·E。失败条件：若在没有触觉、听觉参与的情况下，只看视觉材料的人，也能同样学会需要手感的手艺，本章要收回。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土壤：六路径的 E</w:t>
      </w:r>
    </w:p>
    <w:p>
      <w:pPr>
        <w:pStyle w:val="Heading1"/>
      </w:pPr>
      <w:r>
        <w:t>08  第8章：E 的分类性与特征组合性</w:t>
      </w:r>
    </w:p>
    <w:p>
      <w:r>
        <w:t>第8章　E 的分类性与特征组合性 · 原文：https://sdeuniverses.com/books/m/551/text/#s15</w:t>
      </w:r>
    </w:p>
    <w:p>
      <w:pPr>
        <w:pStyle w:val="Heading2"/>
      </w:pPr>
      <w:r>
        <w:t>带着问读</w:t>
      </w:r>
    </w:p>
    <w:p>
      <w:r>
        <w:t>先想：给一件手艺分类，你会先问什么？再读第8章：第一，谱系为什么先要分类？第二，技术 E 的三感侧重怎么分？第三，8.3 里 E 的二十七种组合与几个典型类，各是怎样从特征组合出来的？第四，为什么分型不是贴标签，只分处境、不分人？九型人格与学习风格在这里被怎样对话？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核对要点：同一性谱系先是 E 的分类：分得出类，讲得出由哪几项特征组合而成，并且只分处境，不分人。外部说法只写大意（待核）。失败条件：若按这套分类给人分型，并据此决定人的去向，且结果比不分更好，本章“只分处境、不分人”的纪律就是错的，要重写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土壤：六路径的 E</w:t>
      </w:r>
    </w:p>
    <w:p>
      <w:pPr>
        <w:pStyle w:val="Heading1"/>
      </w:pPr>
      <w:r>
        <w:t>09  第9章：AI 读不到的 E</w:t>
      </w:r>
    </w:p>
    <w:p>
      <w:r>
        <w:t>第9章　AI 读不到的 E · 原文：https://sdeuniverses.com/books/m/551/text/#s16</w:t>
      </w:r>
    </w:p>
    <w:p>
      <w:pPr>
        <w:pStyle w:val="Heading2"/>
      </w:pPr>
      <w:r>
        <w:t>带着问读</w:t>
      </w:r>
    </w:p>
    <w:p>
      <w:r>
        <w:t>先想：你让 AI 教过你什么手艺？它漏了什么？再读第9章：第一，9.1 手上的东西去了哪里？第二，E 的三界、信息、能量为什么是“虚的”？第三，传感器与可穿戴能读到什么，读不到什么？第四，师傅手里那一份对照为什么要有人留底？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核对要点：E 的知识最值钱，也最难被机器读到；值钱是在能背的那层被吃掉之后，难读是因为不显露。传感器读得好的是粒子那一种。失败条件：若有可穿戴与传感器的系统，已在盲测中与师傅的判断稳定一致，本章“读不到”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谱位：六路径的光谱、家谱、乐谱与互底</w:t>
      </w:r>
    </w:p>
    <w:p>
      <w:pPr>
        <w:pStyle w:val="Heading1"/>
      </w:pPr>
      <w:r>
        <w:t>10  第10章：六路径与它们的具体化</w:t>
      </w:r>
    </w:p>
    <w:p>
      <w:r>
        <w:t>第10章　六路径与它们的具体化 · 原文：https://sdeuniverses.com/books/m/551/text/#s18</w:t>
      </w:r>
    </w:p>
    <w:p>
      <w:pPr>
        <w:pStyle w:val="Heading2"/>
      </w:pPr>
      <w:r>
        <w:t>带着问读</w:t>
      </w:r>
    </w:p>
    <w:p>
      <w:r>
        <w:t>先想你学骑车的故事，你走的是哪一个次序？再读第10章：第一，10.1 学骑车的六种学法各是什么？第二，一条路径怎样按三维的分量具体化（如 S2→D3→E1）？第三，再细分一层，位置里还有位置，这个数是证据吗？第四，三国三条路与一个人身上并存几条路，怎么对话学习风格与 Dreyfus？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同一门手艺有六个次序，每个次序里还有许多可以并存的位置（总数只是算术，不是证据）；哪些真被走过，要靠迭代记录。失败条件：第36章第十一条（2030年）：两名受过同样训练、各自独立的评分者，把同一批六十份案例记录归到路径和三个中心分量，路径一级的一致系数低于 0.4，或三个中心分量全对的比例低于三成（之间为灰区），则输在路径一级时第三编要整体回炉，输在中心分量一级则细分降为附注。阈值是设想、待校准。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谱位：六路径的光谱、家谱、乐谱与互底</w:t>
      </w:r>
    </w:p>
    <w:p>
      <w:pPr>
        <w:pStyle w:val="Heading1"/>
      </w:pPr>
      <w:r>
        <w:t>11  第11章：光谱：路径在谱上的位置</w:t>
      </w:r>
    </w:p>
    <w:p>
      <w:r>
        <w:t>第11章　光谱：路径在谱上的位置 · 原文：https://sdeuniverses.com/books/m/551/text/#s19</w:t>
      </w:r>
    </w:p>
    <w:p>
      <w:pPr>
        <w:pStyle w:val="Heading2"/>
      </w:pPr>
      <w:r>
        <w:t>带着问读</w:t>
      </w:r>
    </w:p>
    <w:p>
      <w:r>
        <w:t>先想：你怎么向别人说“我是怎么学会的”？再读第11章：第一，色卡为什么不是尺子？第二，谱位的邻接：改一个分量，或换一对次序，各是什么？第三，为什么说位置要同时报轴？第四，位置为什么会挪？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同一不是一个点，是谱上有邻居的一格；说位置，要同时报次序、三个中心分量和读的条件；六边形只在“换相邻一对”时成立。失败条件：若换任意一对次序也同样保持邻接，“六边形”的限定就是多余的，本章要改写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谱位：六路径的光谱、家谱、乐谱与互底</w:t>
      </w:r>
    </w:p>
    <w:p>
      <w:pPr>
        <w:pStyle w:val="Heading1"/>
      </w:pPr>
      <w:r>
        <w:t>12  第12章：家谱：一个人的路径从哪里分叉</w:t>
      </w:r>
    </w:p>
    <w:p>
      <w:r>
        <w:t>第12章　家谱：一个人的路径从哪里分叉 · 原文：https://sdeuniverses.com/books/m/551/text/#s20</w:t>
      </w:r>
    </w:p>
    <w:p>
      <w:pPr>
        <w:pStyle w:val="Heading2"/>
      </w:pPr>
      <w:r>
        <w:t>带着问读</w:t>
      </w:r>
    </w:p>
    <w:p>
      <w:r>
        <w:t>先想：两个人今天做得一模一样，你能说他们是同一种做法吗？再读第12章：第一，12.1 一个球员的打法家谱（构想）怎么画？第二，为什么分叉理由比分叉点要紧？第三，卡路与出错的工位是家谱的哪两种材料？第四，家谱有哪两种坏法？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每个同一都带着来路，没有来路的“一样”，分不清是同根、殊途同归，还是抄来的；分叉理由比分叉点要紧。失败条件：若两个来路完全不同的人，今天的做法在所有可检验处都一模一样，且没有人需要追问来路，本章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谱位：六路径的光谱、家谱、乐谱与互底</w:t>
      </w:r>
    </w:p>
    <w:p>
      <w:pPr>
        <w:pStyle w:val="Heading1"/>
      </w:pPr>
      <w:r>
        <w:t>13  第13章：乐谱：几条路径在一个团队里合奏</w:t>
      </w:r>
    </w:p>
    <w:p>
      <w:r>
        <w:t>第13章　乐谱：几条路径在一个团队里合奏 · 原文：https://sdeuniverses.com/books/m/551/text/#s21</w:t>
      </w:r>
    </w:p>
    <w:p>
      <w:pPr>
        <w:pStyle w:val="Heading2"/>
      </w:pPr>
      <w:r>
        <w:t>带着问读</w:t>
      </w:r>
    </w:p>
    <w:p>
      <w:r>
        <w:t>先想：你在一个团队里，有没有过“各干各的反而更乱”？再读第13章：第一，13.1 一对双打组合（构想）里，两条路径怎样排？第二，谁领唱，为什么随事换？第三，师傅为什么从指挥退为起音？第四，休止是什么意思？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核对要点：差异排进位置是声部，排不进是噪音；不是每条路径都要发言。失败条件：若把团队里的差异全部压成一条规范，成果反而比有声部的团队更好，且出错更少，本章要收回。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谱位：六路径的光谱、家谱、乐谱与互底</w:t>
      </w:r>
    </w:p>
    <w:p>
      <w:pPr>
        <w:pStyle w:val="Heading1"/>
      </w:pPr>
      <w:r>
        <w:t>14  第14章：互底：路径之间互为留底</w:t>
      </w:r>
    </w:p>
    <w:p>
      <w:r>
        <w:t>第14章　互底：路径之间互为留底 · 原文：https://sdeuniverses.com/books/m/551/text/#s22</w:t>
      </w:r>
    </w:p>
    <w:p>
      <w:pPr>
        <w:pStyle w:val="Heading2"/>
      </w:pPr>
      <w:r>
        <w:t>带着问读</w:t>
      </w:r>
    </w:p>
    <w:p>
      <w:r>
        <w:t>先想：你自己看不见的错，通常是谁指出来的？再读第14章：第一，14.1 天天教的人为什么最看不出走样？第二，另一条路上的人为什么是留底？第三，互底的三项要求（对方没被这条路碰过、彼此不相干、查也有预算）在技术上怎么查？第四，14.4 两个车间互查怎样做？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路径之间的同一，靠别的路径手里没碰过的对照；互底只给对照，不给判决。失败条件（第36章第六条，2033年）：两所互不隶属的职校互查案例一年，查出的错里本校自查未发现的低于一成，“互底”的价值要收回；一成到四分之一为灰区，四分之一以上才算成立；两校若用同一底座，不算不相干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第四编 · 谱生：由 E 谱生成路径谱与显露谱</w:t>
      </w:r>
    </w:p>
    <w:p>
      <w:pPr>
        <w:pStyle w:val="Heading1"/>
      </w:pPr>
      <w:r>
        <w:t>15  第15章：选起手，选中心</w:t>
      </w:r>
    </w:p>
    <w:p>
      <w:r>
        <w:t>第15章　选起手，选中心 · 原文：https://sdeuniverses.com/books/m/551/text/#s24</w:t>
      </w:r>
    </w:p>
    <w:p>
      <w:pPr>
        <w:pStyle w:val="Heading2"/>
      </w:pPr>
      <w:r>
        <w:t>带着问读</w:t>
      </w:r>
    </w:p>
    <w:p>
      <w:r>
        <w:t>先想：如果让你给一个新人选学法，你会先问什么？再读第15章：第一，15.1 为什么读任务，不读标签？第二，先看 E：处境的结指什么？第三，再选三个中心分量要看什么？第四，起点选错为什么不会报错？你的练习：选一个构想的人和一门手艺，写出你选的起手，并留一个日后能查它的对照。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给一个人选路，先读任务再读人；起手的次序和三个中心是第一件事；起点错了不会报错，后面做得越细，错得越深。失败条件（第36章第十二条，2033年）：同一行业随机分组的新手，按谱位选起手的一组，半年后在同一份技能测试上（评分人不知分组）不优于含分步反馈与间隔练习的通用教法组，或优势小于事先登记的最小差距（暂定标准差的五分之一，设想），则“替人选路”要降成“给人看路”，本章整章降格，第四编的智能体缩成一本记录簿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第四编 · 谱生：由 E 谱生成路径谱与显露谱</w:t>
      </w:r>
    </w:p>
    <w:p>
      <w:pPr>
        <w:pStyle w:val="Heading1"/>
      </w:pPr>
      <w:r>
        <w:t>16  第16章：先封后生</w:t>
      </w:r>
    </w:p>
    <w:p>
      <w:r>
        <w:t>第16章　先封后生 · 原文：https://sdeuniverses.com/books/m/551/text/#s25</w:t>
      </w:r>
    </w:p>
    <w:p>
      <w:pPr>
        <w:pStyle w:val="Heading2"/>
      </w:pPr>
      <w:r>
        <w:t>带着问读</w:t>
      </w:r>
    </w:p>
    <w:p>
      <w:r>
        <w:t>先想：你让 AI 帮你出过一份方案，你怎么知道它没错？再读第16章：第一，16.1 一盒不干活的砝码是什么比方？第二，为什么每生成一层，就吃掉一份对照？第三，实训里先封什么？第四，为什么生成可以快，验必须慢？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生成之前，先封一份对照；封好，才敢放心去生。你的练习：为一件手艺列出你会先封的对照。失败条件：若不封对照、直接生成，其错误同样能被事后稳定地查出，“先封后生”的代价就不值，本章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第四编 · 谱生：由 E 谱生成路径谱与显露谱</w:t>
      </w:r>
    </w:p>
    <w:p>
      <w:pPr>
        <w:pStyle w:val="Heading1"/>
      </w:pPr>
      <w:r>
        <w:t>17  第17章：技术的谱系条</w:t>
      </w:r>
    </w:p>
    <w:p>
      <w:r>
        <w:t>第17章　技术的谱系条 · 原文：https://sdeuniverses.com/books/m/551/text/#s26</w:t>
      </w:r>
    </w:p>
    <w:p>
      <w:pPr>
        <w:pStyle w:val="Heading2"/>
      </w:pPr>
      <w:r>
        <w:t>带着问读</w:t>
      </w:r>
    </w:p>
    <w:p>
      <w:r>
        <w:t>先想：你有没有一条“做法”，说不清它凭什么这样？再读第17章：第一，一条手法的身份证有哪几栏？第二，六个字段之外为什么再加一个谱位坐标？第三，分叉理由怎样记？第四，写、签、改、验四个席位各是谁？（附录三的字段表是设想中的格式。）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核对要点：谱系条是谱的最小单位，也是智能体的记忆：它不存“结果”，存一条手法凭什么在这里。失败条件：若只存结果的记录，已能让他人稳定地追问并还原一条手法的来路，本章要收回。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第四编 · 谱生：由 E 谱生成路径谱与显露谱</w:t>
      </w:r>
    </w:p>
    <w:p>
      <w:pPr>
        <w:pStyle w:val="Heading1"/>
      </w:pPr>
      <w:r>
        <w:t>18  第18章：转岗的迁移折扣</w:t>
      </w:r>
    </w:p>
    <w:p>
      <w:r>
        <w:t>第18章　转岗的迁移折扣 · 原文：https://sdeuniverses.com/books/m/551/text/#s27</w:t>
      </w:r>
    </w:p>
    <w:p>
      <w:pPr>
        <w:pStyle w:val="Heading2"/>
      </w:pPr>
      <w:r>
        <w:t>带着问读</w:t>
      </w:r>
    </w:p>
    <w:p>
      <w:r>
        <w:t>先想：你换过行当吗？过去的功力带走了多少？再读第18章：第一，18.1 一个球友改打法（构想）带走了什么？第二，谱距怎么量？第三，为什么迁移折扣要明说？第四，转岗的成本谁来付？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核对要点：路径之间能翻译，但翻译不免费；谱距与折扣是读数，不进考核。失败条件：若跨谱位转岗的人，过去的功力几乎全部无损带走，且没有人付过成本，本章“折扣”要收回。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第四编 · 谱生：由 E 谱生成路径谱与显露谱</w:t>
      </w:r>
    </w:p>
    <w:p>
      <w:pPr>
        <w:pStyle w:val="Heading1"/>
      </w:pPr>
      <w:r>
        <w:t>19  第19章：认证与谱系成绩单</w:t>
      </w:r>
    </w:p>
    <w:p>
      <w:r>
        <w:t>第19章　认证与谱系成绩单 · 原文：https://sdeuniverses.com/books/m/551/text/#s28</w:t>
      </w:r>
    </w:p>
    <w:p>
      <w:pPr>
        <w:pStyle w:val="Heading2"/>
      </w:pPr>
      <w:r>
        <w:t>带着问读</w:t>
      </w:r>
    </w:p>
    <w:p>
      <w:r>
        <w:t>先想：你手上哪一张证书，别人看不出你是怎么走到那儿的？再读第19章：第一，证书能证明什么、证明不了什么？第二，同谱可比、跨谱可译是什么意思？第三，谱系成绩单要写成多短？第四，作品档案与社区定价怎么用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认证从认地板，走向认谱位：地板之上，每个人的位置写得出来，也问得回去。失败条件（第36章第一条，2031年）：至少两个省级职教系统试点谱系成绩单（须含本校标准、转译说明、谱位坐标三件）；试点后被放弃，或接受方少于十家用人单位，则算错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第五编 · 我-AI 复合体的技术谱系</w:t>
      </w:r>
    </w:p>
    <w:p>
      <w:pPr>
        <w:pStyle w:val="Heading1"/>
      </w:pPr>
      <w:r>
        <w:t>20  第20章：复合体里的六路径</w:t>
      </w:r>
    </w:p>
    <w:p>
      <w:r>
        <w:t>第20章　复合体里的六路径 · 原文：https://sdeuniverses.com/books/m/551/text/#s30</w:t>
      </w:r>
    </w:p>
    <w:p>
      <w:pPr>
        <w:pStyle w:val="Heading2"/>
      </w:pPr>
      <w:r>
        <w:t>带着问读</w:t>
      </w:r>
    </w:p>
    <w:p>
      <w:r>
        <w:t>先想：你和 AI 一起学过什么？谁先起的手？再读第20章：第一，20.1 装配线上戴着同一副 AR 眼镜的两个工人（构想）怎样？第二，复合体里谁起手？第三，“对操作员的智能指导”与“我-AI 复合主体的技术学习”差在哪？第四，双向回写是哪两个方向？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核对要点：复合体里的路径，要标明哪一步是人起的手。失败条件：若不标起手者，复合体里的路径仍能被稳定地读出并被追问，本章的要求要收回。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第五编 · 我-AI 复合体的技术谱系</w:t>
      </w:r>
    </w:p>
    <w:p>
      <w:pPr>
        <w:pStyle w:val="Heading1"/>
      </w:pPr>
      <w:r>
        <w:t>21  第21章：模拟买得到次数，买不到后果</w:t>
      </w:r>
    </w:p>
    <w:p>
      <w:r>
        <w:t>第21章　模拟买得到次数，买不到后果 · 原文：https://sdeuniverses.com/books/m/551/text/#s31</w:t>
      </w:r>
    </w:p>
    <w:p>
      <w:pPr>
        <w:pStyle w:val="Heading2"/>
      </w:pPr>
      <w:r>
        <w:t>带着问读</w:t>
      </w:r>
    </w:p>
    <w:p>
      <w:r>
        <w:t>先想：模拟器里的失败和真的失败，你的感觉一样吗？再读第21章：第一，21.1 一台飞行模拟器说明什么？第二，后果为什么是 E 的一部分？第三，工位搬进屏幕以后，出错还有人买单吗？第四，谁来提供“真的地”？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核对要点：模拟买得到次数，买不到后果；谱上要分开记。失败条件：若全部在屏幕里练的人，在真的工位上与有后果训练的人表现无差，本章要收回。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第五编 · 我-AI 复合体的技术谱系</w:t>
      </w:r>
    </w:p>
    <w:p>
      <w:pPr>
        <w:pStyle w:val="Heading1"/>
      </w:pPr>
      <w:r>
        <w:t>22  第22章：同一个底座的口音</w:t>
      </w:r>
    </w:p>
    <w:p>
      <w:r>
        <w:t>第22章　同一个底座的口音 · 原文：https://sdeuniverses.com/books/m/551/text/#s32</w:t>
      </w:r>
    </w:p>
    <w:p>
      <w:pPr>
        <w:pStyle w:val="Heading2"/>
      </w:pPr>
      <w:r>
        <w:t>带着问读</w:t>
      </w:r>
    </w:p>
    <w:p>
      <w:r>
        <w:t>先想：你有没有发现，不同的人用同一个 AI 写的东西读起来很像？再读第22章：第一，22.1 三所职校的实训指导（构想）为什么像一篇？第二，口音的三道来源是什么？第三，为什么要数份数，不数条数？第四，去腔调与放进异物怎样检验？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同底座的多个智能体不是独立证据；要数份数，不数条数。失败条件：不同职校用同一底座生成的实训指导，相似度并不高于人工编写的基线（第36章第三条，2032年，低风险，押诊断，输了是好消息）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第五编 · 我-AI 复合体的技术谱系</w:t>
      </w:r>
    </w:p>
    <w:p>
      <w:pPr>
        <w:pStyle w:val="Heading1"/>
      </w:pPr>
      <w:r>
        <w:t>23  第23章：回写归谁</w:t>
      </w:r>
    </w:p>
    <w:p>
      <w:r>
        <w:t>第23章　回写归谁 · 原文：https://sdeuniverses.com/books/m/551/text/#s33</w:t>
      </w:r>
    </w:p>
    <w:p>
      <w:pPr>
        <w:pStyle w:val="Heading2"/>
      </w:pPr>
      <w:r>
        <w:t>带着问读</w:t>
      </w:r>
    </w:p>
    <w:p>
      <w:r>
        <w:t>先想：一个师傅的诀窍被写进系统，谁说了算？再读第23章：第一，23.1 一位修车师傅的诀窍（构想）怎样？第二，起草、签收、验谱，机器站在哪？第三，什么是技术谱的谱权？第四，平台再巨头化的陷阱是什么？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核对要点：谱系化最大的风险，是谱本身成为新的大一；回写要落在能被追问的人身上。失败条件：若回写完全由平台自动完成，且没有造成口音与垄断，本章要收回。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第六编 · 六路径各一章：十三个行业</w:t>
      </w:r>
    </w:p>
    <w:p>
      <w:pPr>
        <w:pStyle w:val="Heading1"/>
      </w:pPr>
      <w:r>
        <w:t>24  第24章：沉淀型 E→D→S：烹饪、农业、美容美发</w:t>
      </w:r>
    </w:p>
    <w:p>
      <w:r>
        <w:t>第24章　沉淀型 E→D→S：烹饪、农业、美容美发 · 原文：https://sdeuniverses.com/books/m/551/text/#s35</w:t>
      </w:r>
    </w:p>
    <w:p>
      <w:pPr>
        <w:pStyle w:val="Heading2"/>
      </w:pPr>
      <w:r>
        <w:t>带着问读</w:t>
      </w:r>
    </w:p>
    <w:p>
      <w:r>
        <w:t>先想：一碗面的火候，你家里谁最拿得准？再读第24章：第一，一碗面的火候是怎样沉淀出来的？第二，沉淀型的典型谱位有哪几个？第三，烹饪与农业、美容美发各怎样走？第四，哪里是一个字不能改的地板？（行业与路径的对应是设想。）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核对要点：沉淀型的谱，要把家谱里的分叉理由写下来；行业归类是设想，待行业里的人验证。失败条件：行业里的人给出了系统的反例，说这些行业的主流路径并非沉淀型，本章的归类要改。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第六编 · 六路径各一章：十三个行业</w:t>
      </w:r>
    </w:p>
    <w:p>
      <w:pPr>
        <w:pStyle w:val="Heading1"/>
      </w:pPr>
      <w:r>
        <w:t>25  第25章：倒逼型 D→E→S：物流、零售</w:t>
      </w:r>
    </w:p>
    <w:p>
      <w:r>
        <w:t>第25章　倒逼型 D→E→S：物流、零售 · 原文：https://sdeuniverses.com/books/m/551/text/#s36</w:t>
      </w:r>
    </w:p>
    <w:p>
      <w:pPr>
        <w:pStyle w:val="Heading2"/>
      </w:pPr>
      <w:r>
        <w:t>带着问读</w:t>
      </w:r>
    </w:p>
    <w:p>
      <w:r>
        <w:t>先想：旺季时你被逼出过什么办法？再读第25章：第一，一单外卖逼出来的路怎样？第二，倒逼型的典型谱位？第三，物流与零售各怎样走？第四，为什么要留下回写口？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核对要点：倒逼出来的路要留下回写口，否则下一次旺季重来；行业归类是设想。失败条件：若倒逼出来的办法没有回写口，下一次也同样有效，本章要收回。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第六编 · 六路径各一章：十三个行业</w:t>
      </w:r>
    </w:p>
    <w:p>
      <w:pPr>
        <w:pStyle w:val="Heading1"/>
      </w:pPr>
      <w:r>
        <w:t>26  第26章：锚定型 E→S→D：学前教育、养老家政</w:t>
      </w:r>
    </w:p>
    <w:p>
      <w:r>
        <w:t>第26章　锚定型 E→S→D：学前教育、养老家政 · 原文：https://sdeuniverses.com/books/m/551/text/#s37</w:t>
      </w:r>
    </w:p>
    <w:p>
      <w:pPr>
        <w:pStyle w:val="Heading2"/>
      </w:pPr>
      <w:r>
        <w:t>带着问读</w:t>
      </w:r>
    </w:p>
    <w:p>
      <w:r>
        <w:t>先想：一间教室，先有场，还是先有目标？再读第26章：第一，26.1 先有一间教室怎样讲？第二，锚定型的典型谱位？第三，学前教育与养老家政各怎样走？第四，目标为什么要在场里长出来？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核对要点：锚定型的谱，目标要在场里长出来，不是预先写好；行业归类是设想。失败条件：若目标预先写死，场里的人照样守得住、也能适应变化，本章要收回。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第六编 · 六路径各一章：十三个行业</w:t>
      </w:r>
    </w:p>
    <w:p>
      <w:pPr>
        <w:pStyle w:val="Heading1"/>
      </w:pPr>
      <w:r>
        <w:t>27  第27章：进入型 S→E→D：护理、制造</w:t>
      </w:r>
    </w:p>
    <w:p>
      <w:r>
        <w:t>第27章　进入型 S→E→D：护理、制造 · 原文：https://sdeuniverses.com/books/m/551/text/#s38</w:t>
      </w:r>
    </w:p>
    <w:p>
      <w:pPr>
        <w:pStyle w:val="Heading2"/>
      </w:pPr>
      <w:r>
        <w:t>带着问读</w:t>
      </w:r>
    </w:p>
    <w:p>
      <w:r>
        <w:t>先想：乒乓球的正规指导，你觉得是先学动作，还是先有手感？再读第27章：第一，27.1 为什么把乒乓球正规指导暂归进入型？第二，27.2 若换成再创型会怎样？第三，进入型的典型谱位？第四，护理里什么底线一个字不能改，制造呢？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核对要点：进入型最容易被统一，所以要先划出最薄的底座；乒乓球归进入型是暂定，并给出了换成再创型的对照。失败条件：若乒乓球的教练们公认它更像别的路径，且归类改变了谱位读法，本章要改写。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第六编 · 六路径各一章：十三个行业</w:t>
      </w:r>
    </w:p>
    <w:p>
      <w:pPr>
        <w:pStyle w:val="Heading1"/>
      </w:pPr>
      <w:r>
        <w:t>28  第28章：原型型 D→S→E：设计、建筑装修</w:t>
      </w:r>
    </w:p>
    <w:p>
      <w:r>
        <w:t>第28章　原型型 D→S→E：设计、建筑装修 · 原文：https://sdeuniverses.com/books/m/551/text/#s39</w:t>
      </w:r>
    </w:p>
    <w:p>
      <w:pPr>
        <w:pStyle w:val="Heading2"/>
      </w:pPr>
      <w:r>
        <w:t>带着问读</w:t>
      </w:r>
    </w:p>
    <w:p>
      <w:r>
        <w:t>先想：你装修或做设计时，有没有先做一个样？再读第28章：第一，先做一个样是怎样讲的？第二，原型型的典型谱位？第三，设计里同一个需求十个原型，谁认账？第四，建筑装修里图纸、工艺、业主各管什么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核对要点：原型型的谱，要把被废掉的原型也记在家谱里；行业归类是设想。失败条件：若被废掉的原型从不被再用，也没有人需要追问它，本章要收回。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第六编 · 六路径各一章：十三个行业</w:t>
      </w:r>
    </w:p>
    <w:p>
      <w:pPr>
        <w:pStyle w:val="Heading1"/>
      </w:pPr>
      <w:r>
        <w:t>29  第29章：再创型 S→D→E：维修、教师</w:t>
      </w:r>
    </w:p>
    <w:p>
      <w:r>
        <w:t>第29章　再创型 S→D→E：维修、教师 · 原文：https://sdeuniverses.com/books/m/551/text/#s40</w:t>
      </w:r>
    </w:p>
    <w:p>
      <w:pPr>
        <w:pStyle w:val="Heading2"/>
      </w:pPr>
      <w:r>
        <w:t>带着问读</w:t>
      </w:r>
    </w:p>
    <w:p>
      <w:r>
        <w:t>先想：老师傅换了新设备，他怎么办？再读第29章：第一，29.1 老师傅换了新设备（构想）怎样？第二，再创型的典型谱位？第三，维修里手册与故障为什么不对应？第四，教师教很多个“我”，谱怎么记？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核对要点：再创型是统一性最容易形成的路径，谱系的工作最重；行业归类是设想。失败条件：行业里的人指出再创型并不比别的路径更容易被统一，本章要改写。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第七编 · 职教的整体重建</w:t>
      </w:r>
    </w:p>
    <w:p>
      <w:pPr>
        <w:pStyle w:val="Heading1"/>
      </w:pPr>
      <w:r>
        <w:t>30  第30章：学校：谱系化的实训课</w:t>
      </w:r>
    </w:p>
    <w:p>
      <w:r>
        <w:t>第30章　学校：谱系化的实训课 · 原文：https://sdeuniverses.com/books/m/551/text/#s42</w:t>
      </w:r>
    </w:p>
    <w:p>
      <w:pPr>
        <w:pStyle w:val="Heading2"/>
      </w:pPr>
      <w:r>
        <w:t>带着问读</w:t>
      </w:r>
    </w:p>
    <w:p>
      <w:r>
        <w:t>先想：你上过最好的一堂实训课，教的是什么？再读第30章：第一，30.1 一堂实训课怎样成谱？第二，公共骨架、学派分支、类我小组、我的学习谱各是哪一层？第三，教师为什么先要成为“我-AI”？第四，师傅与老师为什么起音，不指挥？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核对要点：课堂的谱，是在公共骨架上长出来的类我小组。失败条件：若实训课全部只教统一骨架，学员的个人谱位也同样长得出来，本章要收回。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第七编 · 职教的整体重建</w:t>
      </w:r>
    </w:p>
    <w:p>
      <w:pPr>
        <w:pStyle w:val="Heading1"/>
      </w:pPr>
      <w:r>
        <w:t>31  第31章：企业与工位</w:t>
      </w:r>
    </w:p>
    <w:p>
      <w:r>
        <w:t>第31章　企业与工位 · 原文：https://sdeuniverses.com/books/m/551/text/#s43</w:t>
      </w:r>
    </w:p>
    <w:p>
      <w:pPr>
        <w:pStyle w:val="Heading2"/>
      </w:pPr>
      <w:r>
        <w:t>带着问读</w:t>
      </w:r>
    </w:p>
    <w:p>
      <w:r>
        <w:t>先想：你在工位上出过错吗？有人买单吗？再读第31章：第一，31.1 出错有人买单是什么意思？第二，主编三种认账是哪三种？第三，企业交的失败原料是什么？第四，小企业没有余裕怎么办？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核对要点：企业是谱的土壤，不是谱的消费者。失败条件：若企业只消费谱而不提供可以出错的工位，谱同样长得出来，本章要收回。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第七编 · 职教的整体重建</w:t>
      </w:r>
    </w:p>
    <w:p>
      <w:pPr>
        <w:pStyle w:val="Heading1"/>
      </w:pPr>
      <w:r>
        <w:t>32  第32章：行业协会与评价</w:t>
      </w:r>
    </w:p>
    <w:p>
      <w:r>
        <w:t>第32章　行业协会与评价 · 原文：https://sdeuniverses.com/books/m/551/text/#s44</w:t>
      </w:r>
    </w:p>
    <w:p>
      <w:pPr>
        <w:pStyle w:val="Heading2"/>
      </w:pPr>
      <w:r>
        <w:t>带着问读</w:t>
      </w:r>
    </w:p>
    <w:p>
      <w:r>
        <w:t>先想：你的行业里，“算不算数”由谁说了算？再读第32章：第一，行业主编管“算不算数”是什么意思？第二，评价为什么从排名到谱位？第三，次等标签怎样消：换尺子，不是升格？第四，社区定价怎样运作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核对要点：次等标签靠换尺子消，不靠升格。失败条件：中考后选择职教的家庭中，认为“低人一等”的比例并不低于首轮基线（第36章第九条，2036年，同问法、同抽样框重复）。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第七编 · 职教的整体重建</w:t>
      </w:r>
    </w:p>
    <w:p>
      <w:pPr>
        <w:pStyle w:val="Heading1"/>
      </w:pPr>
      <w:r>
        <w:t>33  第33章：政策：底线统一与谱的分工</w:t>
      </w:r>
    </w:p>
    <w:p>
      <w:r>
        <w:t>第33章　政策：底线统一与谱的分工 · 原文：https://sdeuniverses.com/books/m/551/text/#s45</w:t>
      </w:r>
    </w:p>
    <w:p>
      <w:pPr>
        <w:pStyle w:val="Heading2"/>
      </w:pPr>
      <w:r>
        <w:t>带着问读</w:t>
      </w:r>
    </w:p>
    <w:p>
      <w:r>
        <w:t>先想：国家管得太细或太松，你各见过什么？再读第33章：第一，最薄的底座清单是什么？第二，招生、学历、升学的接口怎样接？第三，兜底怎样托住余裕少的人？第四，试点路线怎样走？（本书不对政策表态，只写看法。）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核对要点：统一管地板，谱系管地板之上。失败条件：若底线之上也由统一规定管，职教的评价与路径多样性反而更好，本章要收回。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第八编 · 风险、边界与可错预言</w:t>
      </w:r>
    </w:p>
    <w:p>
      <w:pPr>
        <w:pStyle w:val="Heading1"/>
      </w:pPr>
      <w:r>
        <w:t>34  第34章：谱系化的四副坏面孔</w:t>
      </w:r>
    </w:p>
    <w:p>
      <w:r>
        <w:t>第34章　谱系化的四副坏面孔 · 原文：https://sdeuniverses.com/books/m/551/text/#s47</w:t>
      </w:r>
    </w:p>
    <w:p>
      <w:pPr>
        <w:pStyle w:val="Heading2"/>
      </w:pPr>
      <w:r>
        <w:t>带着问读</w:t>
      </w:r>
    </w:p>
    <w:p>
      <w:r>
        <w:t>先想：一个好办法在什么情况下会变坏？再读第34章：第一，口音、镜子与茧房、神谕、群岛化各是怎样的坏法？第二，三个条件（可对照、可追溯、可协同）各是什么？第三，为什么四副面孔必有两副断在同一处？第四，互底与四个席位属于哪一层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核对要点：谱系坏掉的时候，坏的是三个条件之一，而四副面孔必有两副断在同一处，因为可追溯最花钱。失败条件：若查出的坏法不能归到三个条件之一，本章的分类要重写。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第八编 · 风险、边界与可错预言</w:t>
      </w:r>
    </w:p>
    <w:p>
      <w:pPr>
        <w:pStyle w:val="Heading1"/>
      </w:pPr>
      <w:r>
        <w:t>35  第35章：余裕的不平等与谱权</w:t>
      </w:r>
    </w:p>
    <w:p>
      <w:r>
        <w:t>第35章　余裕的不平等与谱权 · 原文：https://sdeuniverses.com/books/m/551/text/#s48</w:t>
      </w:r>
    </w:p>
    <w:p>
      <w:pPr>
        <w:pStyle w:val="Heading2"/>
      </w:pPr>
      <w:r>
        <w:t>带着问读</w:t>
      </w:r>
    </w:p>
    <w:p>
      <w:r>
        <w:t>先想：谁有时间和钱给自己的手艺记一份来路？再读第35章：第一，35.1 谁有余裕？第二，特权的是余地，普遍的是义务，是什么意思？第三，兜底怎样设计，才不替人写谱？第四，血统论复辟是怎样的坏法？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谱系化如果只在有余裕的人手里运转，只是旧的不平等换了新表格；兜底只该托住，不该替人写谱，托住的每一件都必须能被本人撤回。失败条件：若兜底也替人写了谱，且结果并没有造成新的不平等，本章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第八编 · 风险、边界与可错预言</w:t>
      </w:r>
    </w:p>
    <w:p>
      <w:pPr>
        <w:pStyle w:val="Heading1"/>
      </w:pPr>
      <w:r>
        <w:t>36  第36章：十二条可错预言与本书怎样算错</w:t>
      </w:r>
    </w:p>
    <w:p>
      <w:r>
        <w:t>第36章　十二条可错预言与本书怎样算错 · 原文：https://sdeuniverses.com/books/m/551/text/#s49</w:t>
      </w:r>
    </w:p>
    <w:p>
      <w:pPr>
        <w:pStyle w:val="Heading2"/>
      </w:pPr>
      <w:r>
        <w:t>带着问读</w:t>
      </w:r>
    </w:p>
    <w:p>
      <w:r>
        <w:t>先想：一本书要怎样才能被推翻？再读第36章：第一，十二条预言各押的是什么，哪两条最敢冒险？第二，判负卡为什么不由作者来判？第三，36.4 的总输法是什么？第四，36.3 本书最弱的六处是哪些？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核对要点：这本书的每一个大判断，到期都有一个人可以拿着尺来量，量不过，书认输；预言的数字与年份是设想，阈值待校准，须逐条核对并补上基线（基线期2026至2028年）。失败条件：到 2041 年，在人工智能渗透最深的行业里，同时出现三件事——统一证书仍是唯一的通行信号、同底座的职教智能体占了多数份额、互查发现的错占比不增反减——本书总输；缺一件不算总输，只改对应的判断。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erif CJK SC" w:hAnsi="Noto Serif CJK SC" w:eastAsia="Noto Serif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