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AI时代出版典范的革命 · 学习包</w:t>
      </w:r>
    </w:p>
    <w:p>
      <w:r>
        <w:t>从公共平台到个人知识发生系统的转移 · 原书作者：王德生 · ISBN 979-8-90690-555-0 · 第553号 · US$20.00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在线学习：https://sdeuniverses.com/books/m/553/agent/learning.html</w:t>
      </w:r>
    </w:p>
    <w:p>
      <w:r>
        <w:br w:type="page"/>
      </w:r>
    </w:p>
    <w:p>
      <w:r>
        <w:t>第一编 · 旧典范的解剖：公共平台的发现学本质</w:t>
      </w:r>
    </w:p>
    <w:p>
      <w:pPr>
        <w:pStyle w:val="Heading1"/>
      </w:pPr>
      <w:r>
        <w:t>01  第1章：公众号与期刊：同一种形态</w:t>
      </w:r>
    </w:p>
    <w:p>
      <w:r>
        <w:t>第 1 章　公众号与期刊：同一种形态 · 原文：https://sdeuniverses.com/books/m/553/text/#s7</w:t>
      </w:r>
    </w:p>
    <w:p>
      <w:pPr>
        <w:pStyle w:val="Heading2"/>
      </w:pPr>
      <w:r>
        <w:t>带着问读</w:t>
      </w:r>
    </w:p>
    <w:p>
      <w:r>
        <w:t>先想：你有没有转发过一篇文章，隔两天却说不出它讲了什么？再读第1章：第一，1.1 小罗在地铁上转发《你以为的努力，可能只是在假装努力》（构想），“冻结”指什么，为什么说是“同一种形态，不是同一种水平”？第二，1.2 平台的手有哪三根手指，为什么对统一性知识忠实、对带着土壤的知识是磨损？第三，1.3 一位老师的一百二十篇为什么只是散篇，出一本集子算不算补救？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公众号与期刊骨子里是同一种形态——产出、投递、被消费，结论品被冻结；平台掌握统一版式、统一评审、统一排名；有土壤的知识被修剪成“五个步骤”“三点建议”；作者被切成散篇，谱系被信息流冲散，最缺的是把散篇接成线的地方。书自己标明：小罗、家政培训老师等人物与场景都是构想，全章没有数据。失败条件：只读到“公众号不如期刊”或“文章写得不好”，说明没读到位，本章不比水平；若把一篇文章放到读者各自的处境里来读，人人都能把结论缠进自己的处境、转发后也不忘，“结论品冻结”的读法就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旧典范的解剖：公共平台的发现学本质</w:t>
      </w:r>
    </w:p>
    <w:p>
      <w:pPr>
        <w:pStyle w:val="Heading1"/>
      </w:pPr>
      <w:r>
        <w:t>02  第2章：被降格的作者</w:t>
      </w:r>
    </w:p>
    <w:p>
      <w:r>
        <w:t>第 2 章　被降格的作者 · 原文：https://sdeuniverses.com/books/m/553/text/#s8</w:t>
      </w:r>
    </w:p>
    <w:p>
      <w:pPr>
        <w:pStyle w:val="Heading2"/>
      </w:pPr>
      <w:r>
        <w:t>带着问读</w:t>
      </w:r>
    </w:p>
    <w:p>
      <w:r>
        <w:t>先想：你有没有一段时间“每天都在交东西”，却觉得自己越来越像个供货的？再读第2章：第一，2.1 小区蔬菜摊老何为什么要天天上“新货”，日更怎样让产量成了目的？第二，2.2 巷口理发师傅老蒋的几十年手艺，在“背书换取所有权”里被换走了什么？第三，2.3 商场积分卡说明阅读数、影响因子这类资产为什么折不成价、带不走？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作者在旧形态里被降了两次格——日更把他变成定时供货的人，期刊把他变成署名的人；阅读数、粉丝数、刊名只在发行它们的体系里作数，量的是“收到多少”，换不成“走过多少”；所以从旧平台去新平台没有汇率，只能从零新生。书自己标明：老何、老蒋、积分卡都是构想的场景；版权转让、平台协议、影响因子算法的具体做法标〔待核〕，只作一般性描述。失败条件：把本章读成“劝人退出公众号或不投期刊”，是没读到位，书没有这样说；若旧平台的数字能按某个汇率折成新典范里的“走过多少”，“不能折算”的判断就不成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旧典范的解剖：公共平台的发现学本质</w:t>
      </w:r>
    </w:p>
    <w:p>
      <w:pPr>
        <w:pStyle w:val="Heading1"/>
      </w:pPr>
      <w:r>
        <w:t>03  第3章：平台为何不能让你走</w:t>
      </w:r>
    </w:p>
    <w:p>
      <w:r>
        <w:t>第 3 章　平台为何不能让你走 · 原文：https://sdeuniverses.com/books/m/553/text/#s9</w:t>
      </w:r>
    </w:p>
    <w:p>
      <w:pPr>
        <w:pStyle w:val="Heading2"/>
      </w:pPr>
      <w:r>
        <w:t>带着问读</w:t>
      </w:r>
    </w:p>
    <w:p>
      <w:r>
        <w:t>先想：你有没有试过把一群人从一个大群引到自己的小群，结果如何？再读第3章：第一，3.1 地铁换乘通道与目的地的对比，说明平台的位置为什么是“终点”不是“过道”？第二，3.2 商场门口手工包子摊（构想）里，外链降权、二维码限流为什么是系统性的，不是哪家平台脾气不好？第三，3.3 为什么靠旧平台大流量养新平台“结构上不可能”？第四，3.4 一条街几百家外卖店卖同一款套餐（构想）里，投稿、编辑、出版三重内卷怎样互相放大，为什么在统一性框架内没有出口？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核对要点：AI 让统一性知识的生产近乎零成本（书说明这是趋势判断，不是统计），评审、版面、注意力不同步变多，于是投稿、编辑、出版三处同时内卷并互相放大；筛得再细，被筛的仍是同一款套餐；出口是知识典范转移，要从平台之外重新开始。书自己标明：外卖街是构想的场景；各平台对外链、二维码的具体规则不指任何平台、不引数字，标〔待核〕。失败条件：把本章读成“控诉某个平台”，是没读到位；若只靠加栏目、加编辑、加筛选就让三处都不再变挤，“框架内没有出路”的判断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旧典范的解剖：公共平台的发现学本质</w:t>
      </w:r>
    </w:p>
    <w:p>
      <w:pPr>
        <w:pStyle w:val="Heading1"/>
      </w:pPr>
      <w:r>
        <w:t>04  第4章：发现学出版的内在预设</w:t>
      </w:r>
    </w:p>
    <w:p>
      <w:r>
        <w:t>第 4 章　发现学出版的内在预设 · 原文：https://sdeuniverses.com/books/m/553/text/#s10</w:t>
      </w:r>
    </w:p>
    <w:p>
      <w:pPr>
        <w:pStyle w:val="Heading2"/>
      </w:pPr>
      <w:r>
        <w:t>带着问读</w:t>
      </w:r>
    </w:p>
    <w:p>
      <w:r>
        <w:t>先想：小区公告栏上贴出一张《标准煮饭水量表》，你家会照着煮吗？再读第4章：第一，4.1 这张水量表（构想）背后默认了什么，旧出版的“现成的真理”指什么？第二，4.2 五环的链子（发现、传播、接受、解释、应用）为什么对统一性知识最合适？第三，4.2b “接受”和“应用排在最后”各藏着什么假设？第四，4.3 旧媒体为什么说是“降格为招牌”，不是被淘汰？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旧出版默认有一个现成的真理，作者发现、平台转运、读者接收；这条链子对统一性知识合适，对要在各人处境里长出来的知识则不够；“接受”把读者的处境留在门外，“应用”排在最后，用的结果回不去；旧媒体从价值的来源降为一块招牌，这个判断以谱系知识成为主流领地为前提；新典范里五环怎么变，本章只悬着不下定论。失败条件（4.1）：若把水量表原样交给五户人家，五家都煮出各自满意的饭、无人改动一个数，本章的判断就错了；把本章读成“旧媒体要消失”，是没读到位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这次为什么可能：互联网时代没有发生的事</w:t>
      </w:r>
    </w:p>
    <w:p>
      <w:pPr>
        <w:pStyle w:val="Heading1"/>
      </w:pPr>
      <w:r>
        <w:t>05  第5章：互联网时代个人网站为何意义不大</w:t>
      </w:r>
    </w:p>
    <w:p>
      <w:r>
        <w:t>第 5 章　互联网时代个人网站为何意义不大 · 原文：https://sdeuniverses.com/books/m/553/text/#s12</w:t>
      </w:r>
    </w:p>
    <w:p>
      <w:pPr>
        <w:pStyle w:val="Heading2"/>
      </w:pPr>
      <w:r>
        <w:t>带着问读</w:t>
      </w:r>
    </w:p>
    <w:p>
      <w:r>
        <w:t>先想：你认识的某位老手艺人，有没有网站？网站上放的是什么？再读第5章：第一，5.1 老磨刀匠带徒弟（构想）里，磨菜刀和磨大剪刀的话为什么“全写下来”也装不下？第二，5.2 做陶老师傅的儿子建网站（构想），首页、产品展示为什么只是把报纸搬到网上？第三，5.3 博客的兴衰，“搬家”和“转移”差在哪里？书对博客的哪些事实没有下断语？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互联网时代个人网站意义不大，是因为当时没有谱系知识可载、谱系知识也不是主流领地；互联网放大的是“送”，强化了旧链子的传播一环；个人网站和博客继承了报纸的零件、指标和姿态，是搬家不是转移；今天要不同，需要新的知识形态和新的载体，不是换地址。书自己标明：磨刀匠、制陶父子是构想；博客兴衰的年代与数字不下断语，是“一个读法”，供读者检验。失败条件：读成“个人网站没用”，是没读到位；若换了地址、内容形态没变的个人网站也长出了谱系，“搬家不是转移”的读法就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这次为什么可能：互联网时代没有发生的事</w:t>
      </w:r>
    </w:p>
    <w:p>
      <w:pPr>
        <w:pStyle w:val="Heading1"/>
      </w:pPr>
      <w:r>
        <w:t>06  第6章：AI带来的两个新东西</w:t>
      </w:r>
    </w:p>
    <w:p>
      <w:r>
        <w:t>第 6 章　AI带来的两个新东西 · 原文：https://sdeuniverses.com/books/m/553/text/#s13</w:t>
      </w:r>
    </w:p>
    <w:p>
      <w:pPr>
        <w:pStyle w:val="Heading2"/>
      </w:pPr>
      <w:r>
        <w:t>带着问读</w:t>
      </w:r>
    </w:p>
    <w:p>
      <w:r>
        <w:t>先想：手边一份知识（一张药品说明书，一本养花书），换个人来用，答案变了，你会说错了，还是说是新的一段？再读第6章：第一，6.1 工地上吴师傅与阿杰的两种“会”（构想）和判别三问是什么？第二，6.1 说的“必然”到底带着什么前提？第三，6.2 发生智能体与普通搜索、聊天有什么不同，书认为它也会“伪发生”在哪里？第四，6.3 “出版”的旧义、新义各是什么，旧义为什么不取缔？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统一性知识把“谁在量”藏起来，人人同版；同一性谱系知识让同一粒种子在不同土壤里各自长出、又认得是同一种；判别三问（换人用算错还是新的一段；变出的一段有无地方留下；留下的会不会回头改写前面的）是本章为讲清分野构想的辅助尺子，不是既定口径；“必然”的完整写法是：若谱系知识成为知识经济的主流领地，则必然要求非公共的、有特定 E 的知识发生平台；统一性知识不会消失，公共平台降级降价。书自己标明：吴师傅、阿杰、合唱队老刘、郭大姐与小蒋洗羊毛衫都是构想；ChatSDE 的实际表现标〔待核〕。失败条件：若干年后公共平台上价值最高的仍是人人同版的结论品，且谱系平台上无人真正再发生，本章的“必然”就不成立；把“必然”读成无条件，是没读到位。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这次为什么可能：互联网时代没有发生的事</w:t>
      </w:r>
    </w:p>
    <w:p>
      <w:pPr>
        <w:pStyle w:val="Heading1"/>
      </w:pPr>
      <w:r>
        <w:t>07  第7章：三位一体：专著、学习包、智能体</w:t>
      </w:r>
    </w:p>
    <w:p>
      <w:r>
        <w:t>第 7 章　三位一体：专著、学习包、智能体 · 原文：https://sdeuniverses.com/books/m/553/text/#s14</w:t>
      </w:r>
    </w:p>
    <w:p>
      <w:pPr>
        <w:pStyle w:val="Heading2"/>
      </w:pPr>
      <w:r>
        <w:t>带着问读</w:t>
      </w:r>
    </w:p>
    <w:p>
      <w:r>
        <w:t>先想：你买过一本书、一个课程，却始终没真正走一遍吗？再读第7章：第一，7.1 老小区的人拆装旧电脑（构想）里，阅读为什么还要认真做？第二，7.2 退休女工谷师傅教编中国结（构想），学习包为什么要让人“在自己的条件下走一遍”？第三，7.3 中年人学开车（构想），智能体做的为什么不是回答问题？“只上阅读不算完”指什么？第四，7.4 平台三部分哪些已有、哪一部分还没有？7.5 五环对照怎样才不被读成定论？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核对要点：一本书上站，阅读、学习包、智能体三样齐了才算托管了发生；SDE 平台有三部分：出版（网站浏览系统）和 ChatSDE 已有，社区讨论与互相教育一环待做，是如实的缺口，不是漏写；五环对照（发生取代发现，分享取代传播，进入取代接受，互相教育取代解释，与发生同一取代应用）只是“一种读法”，有待检验，书自己也有疑虑。书自己标明：各书 PDF 开放范围、站上引用呈现方式标〔待核〕。失败条件：把五环对照当成已证成的施工图，或把社区一环写成“已有”，都是没读到位；若三样齐全的书，读者仍普遍只停在阅读，“只上阅读不算完”的读法就要重想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这次为什么可能：互联网时代没有发生的事</w:t>
      </w:r>
    </w:p>
    <w:p>
      <w:pPr>
        <w:pStyle w:val="Heading1"/>
      </w:pPr>
      <w:r>
        <w:t>08  第8章：个人知识发生系统的结构</w:t>
      </w:r>
    </w:p>
    <w:p>
      <w:r>
        <w:t>第 8 章　个人知识发生系统的结构 · 原文：https://sdeuniverses.com/books/m/553/text/#s15</w:t>
      </w:r>
    </w:p>
    <w:p>
      <w:pPr>
        <w:pStyle w:val="Heading2"/>
      </w:pPr>
      <w:r>
        <w:t>带着问读</w:t>
      </w:r>
    </w:p>
    <w:p>
      <w:r>
        <w:t>先想：你家几代人传下的一样做法，是靠谁的记录一代代改过来的？再读第8章：第一，8.1 退休电工的钓鱼笔记（构想）里，“早口最好”为什么春秋两回事，书与书互相引用要有什么才算碰撞与加固？第二，8.2“我的书”为什么是我—AI复合体独特的燃油？第三，8.3 婚礼上三位朋友用 AI 写致辞（构想），共同燃油为什么只出平庸？第四，8.4 谱系的载体有哪三型，部落若强求人人同版会怎样？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谱系在书与书的碰撞里长出骨头，碰撞要有回写，回写要有落脚的地方；谱系的燃油必须是自己真有过的东西，共同的油只能烧出可以换名字的平庸；出版的单位是谱系而不是个人，载体可以是个人、人—AI 复合体、师门家族班级这类部落性共同体；部落内部若强求人人同版，保住的只是缩小了的统一性知识。书自己标明：钓鱼笔记、婚礼致辞是构想；站上引用与回写的实际情况、学员专著署名规矩标〔待核〕。失败条件：只读到“多引用别的书”，没读到“要撞出双方原来都没有的东西”；若共用同一批材料也能长出各自认得出的谱系，“共同燃油只出平庸”的读法就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读者的转换：阅读与学习从发现到发生</w:t>
      </w:r>
    </w:p>
    <w:p>
      <w:pPr>
        <w:pStyle w:val="Heading1"/>
      </w:pPr>
      <w:r>
        <w:t>09  第9章：从消费到进入</w:t>
      </w:r>
    </w:p>
    <w:p>
      <w:r>
        <w:t>第 9 章　从消费到进入 · 原文：https://sdeuniverses.com/books/m/553/text/#s17</w:t>
      </w:r>
    </w:p>
    <w:p>
      <w:pPr>
        <w:pStyle w:val="Heading2"/>
      </w:pPr>
      <w:r>
        <w:t>带着问读</w:t>
      </w:r>
    </w:p>
    <w:p>
      <w:r>
        <w:t>先想：你上一次点外卖和上一次自己开火，手上的动作各有哪些？再读第9章：第一，9.1 两个晚上（构想）里，“划、点、撕”与开火相比差在哪里，刷一篇与读一本为什么是两种身体动作？第二，9.2 周先生（构想）为什么一本需要一章章读的书，他一下子读不进去？第三，9.3 布摊前摸被子、听了十遍的老歌、夏夜里看星星，“进入”在三种感觉里各是什么样？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刷一篇与读一本，是外卖与开火的差别——前者拿到成品，后者多了一个会的人；老读者的读法是旧典范里长出来的，带不过来，只能在新的地方重新长；进入没有办法代理，摸、听、看都要读者自己的手、耳、眼，要走过时间，拆不开他自己；三种感觉各含完整的显露、差异序列、纠缠，不是一维对一感。书自己标明：两个晚上、周先生都是构想。失败条件：把“进入”读成“读得更慢更认真”，或读成三种感觉各对应一个维度，都是没读到位；若隔着手套摸、倍速听、扫一眼看也能得到同样的进入，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读者的转换：阅读与学习从发现到发生</w:t>
      </w:r>
    </w:p>
    <w:p>
      <w:pPr>
        <w:pStyle w:val="Heading1"/>
      </w:pPr>
      <w:r>
        <w:t>10  第10章：没有平滑的路：新生而非迁移</w:t>
      </w:r>
    </w:p>
    <w:p>
      <w:r>
        <w:t>第 10 章　没有平滑的路：新生而非迁移 · 原文：https://sdeuniverses.com/books/m/553/text/#s18</w:t>
      </w:r>
    </w:p>
    <w:p>
      <w:pPr>
        <w:pStyle w:val="Heading2"/>
      </w:pPr>
      <w:r>
        <w:t>带着问读</w:t>
      </w:r>
    </w:p>
    <w:p>
      <w:r>
        <w:t>先想：你搬过家、换过平台吗？旧的积累有多少搬得过去？再读第10章：第一，10.1 修鞋匠陈师傅改开作坊（构想），“迁移”这个词预设了什么，哪些搬得动、哪些搬不动？第二，10.2 邢老师的周末剪纸班（构想）和SDE平台自己的情形，阅读量少的结构原因是什么？第三，10.3 钢琴许老师的尺子，“从收到多少人到走过多少人”换了什么量纲？为什么新尺子只能逐个看？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旧平台上的数字、排名、背书和习惯搬不过来也折算不了，转换是从零开始的新生；起步阶段阅读量少，是进入、见证、谱系和不借大流量这几件事一起带来的结构，但冷清本身证明不了对错，也不是安慰词；新尺子“走过多少人”只能逐个看，不能累加，也不能排名。书如实写：SDE 平台早期阅读量很少，书中不报任何数字。失败条件：把“结构性冷清”读成“冷清就是对”，是没读到位；若旧平台的粉丝与阅读数能带来等量的、真走完一遍的读者，“旧资产不能折算”的判断就不成立。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读者的转换：阅读与学习从发现到发生</w:t>
      </w:r>
    </w:p>
    <w:p>
      <w:pPr>
        <w:pStyle w:val="Heading1"/>
      </w:pPr>
      <w:r>
        <w:t>11  第11章：量什么：发生的指标</w:t>
      </w:r>
    </w:p>
    <w:p>
      <w:r>
        <w:t>第 11 章　量什么：发生的指标 · 原文：https://sdeuniverses.com/books/m/553/text/#s19</w:t>
      </w:r>
    </w:p>
    <w:p>
      <w:pPr>
        <w:pStyle w:val="Heading2"/>
      </w:pPr>
      <w:r>
        <w:t>带着问读</w:t>
      </w:r>
    </w:p>
    <w:p>
      <w:r>
        <w:t>先想：你怎么知道孩子“学会系鞋带了”？再读第11章：第一，11.1 读完一本、走完学习包、智能体深度对话轮数，三个指标各量到什么、量不到什么，为什么不合成总分？第二，11.2 楼下大姐的毛线帽（构想）里，复述与再发生怎么分辨？读者自己写出的东西为什么最有分量？第三，11.3 只收了三个学生的刺绣班（构想），三种自欺是什么，少数人“发生得足够深”该怎样自我约定？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读完、走完、深谈和读者自己写出的东西，量的是发生留下的痕迹，不是发生本身，要并用并配上对具体的人的判断；最强的证据是读者在自己的条件下长出了自己的东西，看里面有没有他的条件，不看写得对不对；冷清时防自欺，靠事先写下什么算发生、点名看每一个人、给“没有”留一个位置。书自己标明：平台能记录哪些行为数据、是否已有可点名的读者个例，标〔待核〕；这是研究性主张，不给人评分。失败条件：把读数当成总分去排名或进考核，是没读到位；若写出的东西只是复述原话，却被算作“发生”，本章的指标就被用坏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读者的转换：阅读与学习从发现到发生</w:t>
      </w:r>
    </w:p>
    <w:p>
      <w:pPr>
        <w:pStyle w:val="Heading1"/>
      </w:pPr>
      <w:r>
        <w:t>12  第12章：转移期的心理与定力</w:t>
      </w:r>
    </w:p>
    <w:p>
      <w:r>
        <w:t>第 12 章　转移期的心理与定力 · 原文：https://sdeuniverses.com/books/m/553/text/#s20</w:t>
      </w:r>
    </w:p>
    <w:p>
      <w:pPr>
        <w:pStyle w:val="Heading2"/>
      </w:pPr>
      <w:r>
        <w:t>带着问读</w:t>
      </w:r>
    </w:p>
    <w:p>
      <w:r>
        <w:t>先想：你有没有做一件新事，开头几周旧办法量出来“没效果”？你当时怎么办？再读第12章：第一，12.1 老裁缝的旧账（构想）说明一把尺子为什么只量得了它自己的世界？第二，12.2 小曼“学做菜的厨房”（构想）里，退回信息流写法是怎样一步一步发生的，调整与退回怎么分？第三，12.3 小区羽毛球（构想）说明典范转移为什么先发生在极少数人身上？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旧尺子难免亮红灯，可以看，不必服；退回总是一步一步发生的，每个“先试试”都要多问一句——让进来的人更易发生，还是让路过的人更易被刷到；典范转移先发生在极少数人身上，他们要用“深”来证明，不能用“少”来安慰；“预料之中”不能变成万能托词。书自己标明：老裁缝、小曼、羽毛球场景都是构想，不是真人经历。失败条件：把本章读成“冷清不用管”，或“少就是好”，是没读到位；若少数人始终没有任何一个发生得足够深，“用深证明”就落了空，书说这时要承认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发生的传播：星星之火</w:t>
      </w:r>
    </w:p>
    <w:p>
      <w:pPr>
        <w:pStyle w:val="Heading1"/>
      </w:pPr>
      <w:r>
        <w:t>13  第13章：广播与接力</w:t>
      </w:r>
    </w:p>
    <w:p>
      <w:r>
        <w:t>第 13 章　广播与接力 · 原文：https://sdeuniverses.com/books/m/553/text/#s22</w:t>
      </w:r>
    </w:p>
    <w:p>
      <w:pPr>
        <w:pStyle w:val="Heading2"/>
      </w:pPr>
      <w:r>
        <w:t>带着问读</w:t>
      </w:r>
    </w:p>
    <w:p>
      <w:r>
        <w:t>先想：你学会一样东西，是谁把你带进去的？再读第13章：第一，13.1 打太极拳的老街坊（构想），触达与见证差在哪里？证言为什么不是见证？第二，13.2 老戴学吹口琴、老庞在旁听着（构想），为什么传播的单位是“一个已经发生过的人”？接力为什么不是复制？第三，13.3 阿坤的皮具工坊发传单（构想），大流量引入为什么“外面不让、里面也不对”？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发现的传播靠触达，发生的传播靠见证；传播的单位是一个已经发生过的人，内容可以复制，发生不能；大流量既会被旧平台拦住，也会招来被同版诱因吸引的读者，把谱系装进统一性的容器；星星之火不用鼓风机，它慢，也可能灭，书要求如实说在前面。书自己标明：三个场景是构想，不是真人真事；小规模的告知是可以做的。失败条件：把“不要大流量”读成“不告知任何人”，或把转发当作见证，是没读到位；若大流量引来的读者与熟人接力引来的读者，在后来的走完与写回上没有差别，“质量是错的”的判断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发生的传播：星星之火</w:t>
      </w:r>
    </w:p>
    <w:p>
      <w:pPr>
        <w:pStyle w:val="Heading1"/>
      </w:pPr>
      <w:r>
        <w:t>14  第14章：无回报的分享：D1·S3·E2</w:t>
      </w:r>
    </w:p>
    <w:p>
      <w:r>
        <w:t>第 14 章　无回报的分享：D1·S3·E2 · 原文：https://sdeuniverses.com/books/m/553/text/#s23</w:t>
      </w:r>
    </w:p>
    <w:p>
      <w:pPr>
        <w:pStyle w:val="Heading2"/>
      </w:pPr>
      <w:r>
        <w:t>带着问读</w:t>
      </w:r>
    </w:p>
    <w:p>
      <w:r>
        <w:t>先想：你上一次忍不住对别人说“这个好，你该看看”，是被谁推的，还是自己憋不住的？再读第14章：第一，14.1 六楼老苏蒸馒头（构想）里，E2 给了他什么、D1 怎样让它串起来、S3 怎样显露为“别人也该碰到”？第二，14.2 两个手账微信群（构想），无回报为什么是天然过滤器？第三，14.3 孩子学骑车（构想），吸引与激励差在哪里？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核对要点：分享不是推广的动作，是东西在一个人身上满了之后溢出来的那一下——E2 信息给了新区分，D1 意义使它在自己的处境里串起来，S3 价值显露为“这东西好，别人也该碰到”；起点没有回报，是因为回报这块磁铁会把冲着回报的人吸进来；吸引来自东西自己的分量，激励来自外面加的砝码。书自己标明：老苏与手账群是构想；三个感觉场景只借“满出来”这一点。失败条件：把分享读成一种推广技巧，是没读到位；若起点有回报的分享，与无回报的分享在后来的走完与写回上没有差别，“无回报是天然过滤器”的读法就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发生的传播：星星之火</w:t>
      </w:r>
    </w:p>
    <w:p>
      <w:pPr>
        <w:pStyle w:val="Heading1"/>
      </w:pPr>
      <w:r>
        <w:t>15  第15章：像直销，但切开直销的坏处</w:t>
      </w:r>
    </w:p>
    <w:p>
      <w:r>
        <w:t>第 15 章　像直销，但切开直销的坏处 · 原文：https://sdeuniverses.com/books/m/553/text/#s24</w:t>
      </w:r>
    </w:p>
    <w:p>
      <w:pPr>
        <w:pStyle w:val="Heading2"/>
      </w:pPr>
      <w:r>
        <w:t>带着问读</w:t>
      </w:r>
    </w:p>
    <w:p>
      <w:r>
        <w:t>先想：朋友圈里一句“这个平台太好了，一定要看”，你信吗？为什么？再读第15章：第一，15.1 十二楼阿芳在天台种葱（构想），熟人信任、使用者即节点、人际链增长，哪些是可以借直销的？第二，15.2 三道闸门各是什么，各配什么检验？第三，15.3 规则这一头与熟人这一头的两种封号怎样互相放大，灰区里书选哪一边？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借的是用过的人对熟人说话的那条链，切掉的是提成、层级、统一话术和业绩；三道闸门——理由是真发生过；回报来自发生，不来自拉人头；分享路径，不分享承诺；越界有两种封号，一种来自规则，一种来自熟人，后一种没有申诉渠道，灰区里选慢的、保守的那一边。书自己标明：只读了前两页就转发的场景是构想的反例；“能说出具体哪一天哪一个动作的分享更易让人也走通”只是构想的检验，没有人做过，书不替它写结果。失败条件：把本章读成“怎样做直销”，是没读到位；若三道闸门里任何一条被越过，分享就退回激励，书说那就不再是“满出来”的东西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发生的传播：星星之火</w:t>
      </w:r>
    </w:p>
    <w:p>
      <w:pPr>
        <w:pStyle w:val="Heading1"/>
      </w:pPr>
      <w:r>
        <w:t>16  第16章：种子读者与星星之火</w:t>
      </w:r>
    </w:p>
    <w:p>
      <w:r>
        <w:t>第 16 章　种子读者与星星之火 · 原文：https://sdeuniverses.com/books/m/553/text/#s25</w:t>
      </w:r>
    </w:p>
    <w:p>
      <w:pPr>
        <w:pStyle w:val="Heading2"/>
      </w:pPr>
      <w:r>
        <w:t>带着问读</w:t>
      </w:r>
    </w:p>
    <w:p>
      <w:r>
        <w:t>先想：你认识的最早一批去一个新地方学东西的人，是怎样被带去的？再读第16章：第一，16.1 老孙在杂物房教榫卯小凳（构想），为什么“谁先进来比怎么推广重要”？第二，16.2 母亲小林在自家楼道口摆工作台（构想），读者怎样变成下一个平台的主人？第三，16.3 热心邻居建议收钱、给带人的返点，书为什么说“先无回报、后发生性回报，顺序不能反”？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火星要靠几个肯带着问题走完的人，不靠人头数字；读者走完之后成为自己谱系的主人，是火往外长的方式，主人要有自己的底座，不是照抄；先无回报，后有发生性回报，顺序一反，满出来的东西就被换成别的；“发生性回报”会不会来、何时来、来多少，书说不知道。书如实写：SDE 平台现在读者很少，星火之间还没有相互照应，社区待做。书自己标明：老孙、小林场景是构想；专著共创与学员署名具体情形以平台为准〔待核〕。失败条件：把本章读成“怎样招募种子读者”，是没读到位；若颠倒顺序先给回报，仍能得到同样的走完与写回，“顺序不能反”的判断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作者与系统的建造</w:t>
      </w:r>
    </w:p>
    <w:p>
      <w:pPr>
        <w:pStyle w:val="Heading1"/>
      </w:pPr>
      <w:r>
        <w:t>17  第17章：从一篇到一整条谱系</w:t>
      </w:r>
    </w:p>
    <w:p>
      <w:r>
        <w:t>第 17 章　从一篇到一整条谱系 · 原文：https://sdeuniverses.com/books/m/553/text/#s27</w:t>
      </w:r>
    </w:p>
    <w:p>
      <w:pPr>
        <w:pStyle w:val="Heading2"/>
      </w:pPr>
      <w:r>
        <w:t>带着问读</w:t>
      </w:r>
    </w:p>
    <w:p>
      <w:r>
        <w:t>先想：你想写一本讲自己手艺的书，第一句话会立什么？再读第17章：第一，17.1 老钱想立“养鱼不是养鱼，而是养水”（构想），单句缺什么？按“意义、过程、读数”分谱写，一缸鱼怎样排？第二，17.2 竹编师傅与做灯的师傅（构想）撞出了什么，站内专著互引与这里的碰撞有什么区别？第三，17.3 一本新书落进谱系，要交代哪三件事？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母题不写成人人同版的单句，而是写成一个判断在不同条件下的各自具体化，空格留作问题；书与书的碰撞要在具体的点上顶住，顶出双方原来都没有的东西，并回头改写双方的起点；新书落进谱系，要交代邻居、交代新增、交代回写，三件事缺一，还只是摆在架子上。书自己标明：老钱与一缸鱼的八格内容是为演示形式而构想的，真实鱼缸未必八格都发生；本书自己的母题九格只立问题，不替作者填承重格；站内专著互引的数量与质量不论〔待核〕。失败条件：把九格读成“已经填好的结论表”，是没读到位；若按单句立的母题与按分谱立的母题，在后来的碰撞与回写上没有差别，本章“单句缺精神”的读法就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作者与系统的建造</w:t>
      </w:r>
    </w:p>
    <w:p>
      <w:pPr>
        <w:pStyle w:val="Heading1"/>
      </w:pPr>
      <w:r>
        <w:t>18  第18章：未来之书：预案科学</w:t>
      </w:r>
    </w:p>
    <w:p>
      <w:r>
        <w:t>第 18 章　未来之书：预案科学 · 原文：https://sdeuniverses.com/books/m/553/text/#s28</w:t>
      </w:r>
    </w:p>
    <w:p>
      <w:pPr>
        <w:pStyle w:val="Heading2"/>
      </w:pPr>
      <w:r>
        <w:t>带着问读</w:t>
      </w:r>
    </w:p>
    <w:p>
      <w:r>
        <w:t>先想：你想把一门手艺留给后人，是写“已经会的”，还是写“如果这样会怎样”？再读第18章：第一，18.1 老李的修车铺（构想）里，三层理由是什么，为什么个人的书大部分应是“未来之书”？第二，18.2 What If、How If、Why If 在出版上各问什么，小区加装电梯的统一方案（构想）为什么没人能在里面找到自己那一户？第三，18.3 本章与站内第267号预案科学专著怎样分工？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已经发生的结论，旧平台托管得更好，只有载体自己才能走的那一段路才稀缺；三种“如果”问的是局面、走法和动力，是探路不是预测；批量生成的“如果”若不缠着自己，只是披着外衣的统一性知识；预案方法本身请读站内第267号专著，本书只管这类书放在哪里才有机会发生。书自己标明：三问各靠哪套工具来问，是本章作者的一种读法，不是第267号的原话，标〔待核〕；老李、加装电梯是构想。失败条件：把本章读成转述预案科学的方法，是没读到位；若批量生成的“如果”也被读者各自走通并写回，“不缠着自己就是统一性知识”的判断就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作者与系统的建造</w:t>
      </w:r>
    </w:p>
    <w:p>
      <w:pPr>
        <w:pStyle w:val="Heading1"/>
      </w:pPr>
      <w:r>
        <w:t>19  第19章：信用与背书的新机制</w:t>
      </w:r>
    </w:p>
    <w:p>
      <w:r>
        <w:t>第 19 章　信用与背书的新机制 · 原文：https://sdeuniverses.com/books/m/553/text/#s29</w:t>
      </w:r>
    </w:p>
    <w:p>
      <w:pPr>
        <w:pStyle w:val="Heading2"/>
      </w:pPr>
      <w:r>
        <w:t>带着问读</w:t>
      </w:r>
    </w:p>
    <w:p>
      <w:r>
        <w:t>先想：你要找水电师傅，凭什么相信某一位？再读第19章：第一，19.1 小宋换厨房水管（构想），期刊评审与粉丝量这两条旧信用的路是什么，为什么在 AI 时代配套出了问题？第二，19.2 谱系深度、可检验的再发生率、三审与平台内部的辅助评估，各能证明什么、证明不了什么，两位师傅菜谱互相引用与真碰撞怎样分辨？第三，19.3 书为什么说这套新机制至今未成熟？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旧信用是与读者无关的第三方用一把统一的尺子出具的读数，回答不了“在我这里能不能长出来”；新信用的重心在“有没有发生过”，靠谱系深度和可检验的再发生，三审只作平台内部辅助评估；指标一旦成了目标就会被做假；这套机制至今没有成熟，是新典范未大面积发生的主因之一，成熟需要社区、可翻查的记录和时间，不是新的全站排行榜。书如实写：信用与背书机制尚未成熟，社区一环待做，不报数字。失败条件：把三审或任何评估当作可替代读者自己走一遍的“证书”，是没读到位；若陌生读者凭现有办法就能放心走进一个个人平台，“至今未成熟”的判断就不成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作者与系统的建造</w:t>
      </w:r>
    </w:p>
    <w:p>
      <w:pPr>
        <w:pStyle w:val="Heading1"/>
      </w:pPr>
      <w:r>
        <w:t>20  第20章：人-AI复合体作为出版主体</w:t>
      </w:r>
    </w:p>
    <w:p>
      <w:r>
        <w:t>第 20 章　人-AI复合体作为出版主体 · 原文：https://sdeuniverses.com/books/m/553/text/#s30</w:t>
      </w:r>
    </w:p>
    <w:p>
      <w:pPr>
        <w:pStyle w:val="Heading2"/>
      </w:pPr>
      <w:r>
        <w:t>带着问读</w:t>
      </w:r>
    </w:p>
    <w:p>
      <w:r>
        <w:t>先想：一道你和别人合做出的菜，署名该写谁？再读第20章：第一，20.1 小陈用 AI 助手养六盆兰花（构想），复合体与“用了 AI”差在哪里？老鞋匠带徒弟为什么是一个旧的影子？第二，20.2 三条判据 D1·S3·E2 各问什么，生手切土豆丝的“别扭”说明什么？第三，20.3“我一看就不读”里至少有哪三种可能，书为什么既不辩护也不劝改？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核对要点：复合体不是“用了 AI”，而是一个人带着自己的土壤，与 AI 的一般知识真的撞出了新东西；判据三条：里面有真碰撞（D1），价值先显露给自己再递给读者（S3），读者读完能带走新区分（E2）；读者的“一看就不读”也许是在替复合体检验第二条，也许只是偏见，回到判据，做出读者三行之后能碰到的那个具体处境。书自己标明：小陈、老鞋匠、生手切土豆丝都是构想；本章不替任何作品打分。失败条件：把三条判据当作给人打分的标签，是没读到位；若一份没有真碰撞、没有价值显露的 AI 产出，读者也读完并带走了新区分，三条判据的读法就要收窄。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风险、边界与文明意义</w:t>
      </w:r>
    </w:p>
    <w:p>
      <w:pPr>
        <w:pStyle w:val="Heading1"/>
      </w:pPr>
      <w:r>
        <w:t>21  第21章：伪发生：只是把公众号搬了家</w:t>
      </w:r>
    </w:p>
    <w:p>
      <w:r>
        <w:t>第 21 章　伪发生：只是把公众号搬了家 · 原文：https://sdeuniverses.com/books/m/553/text/#s32</w:t>
      </w:r>
    </w:p>
    <w:p>
      <w:pPr>
        <w:pStyle w:val="Heading2"/>
      </w:pPr>
      <w:r>
        <w:t>带着问读</w:t>
      </w:r>
    </w:p>
    <w:p>
      <w:r>
        <w:t>先想：把几百篇旧文章原样搬到自己的网站上，算不算“新典范”？再读第21章：第一，21.1 老张把老照片按日期放进自己的网站（构想），为什么一堆未经碰撞的稿件不是谱系？第二，21.2 样板间与住人的家，六个诊断问题是什么，诊断时有哪三种常见误判？第三，21.3 夜市烤冷面摊（构想），个人平台自己为什么也会内卷与空转？书又怎样把这面镜子照向 SDE 平台自己？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伪发生是用新典范的外形（自己的网站、书、智能体）装旧典范的内容——互不碰撞的结论品；六个问题：内容是否只属于这个载体，后写的是否改过先写的，读者是否真能走一遍，有没有读者写回，主人看什么指标，敢不敢写还没有发生；个人平台也会内卷，出口不在“个人”，而在装的是不是谱系知识，且这个说法以若谱系知识成为知识经济的主流领地为前提。书自己标明：诊断不是评比，不给任何平台出成绩单；对 SDE 平台，不下“已经成谱系”的结论，各项现状以平台为准〔待核〕。失败条件：把六问当成打分表去排名，是没读到位；若一堆互不引用的稿件也被读者各自走通并写回，“堆不是谱系”的判断就要收窄。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风险、边界与文明意义</w:t>
      </w:r>
    </w:p>
    <w:p>
      <w:pPr>
        <w:pStyle w:val="Heading1"/>
      </w:pPr>
      <w:r>
        <w:t>22  第22章：公共平台的新位置</w:t>
      </w:r>
    </w:p>
    <w:p>
      <w:r>
        <w:t>第 22 章　公共平台的新位置 · 原文：https://sdeuniverses.com/books/m/553/text/#s33</w:t>
      </w:r>
    </w:p>
    <w:p>
      <w:pPr>
        <w:pStyle w:val="Heading2"/>
      </w:pPr>
      <w:r>
        <w:t>带着问读</w:t>
      </w:r>
    </w:p>
    <w:p>
      <w:r>
        <w:t>先想：菜市场没有因为人们回家开火而关门，你去菜市场买的是什么，又不指望它教你什么？再读第22章：第一，22.1 菜市场与自家厨房（构想），公共平台为什么“降级、降价、成为基础设施”，基础设施做哪四件事？第二，22.2 公共平台有哪三种可能的转身？第三，22.3 个人平台对公共平台的“异质回写”是什么，为什么只能是先发生、后溢出的副产品？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公共平台不会消失，从知识的终点退成过道，变成存档、分发、告知和校对的基础设施，价格也跟着降；基础设施是别人在管的，可以用，不可以靠，个人的谱系系统副本要自己留、读者最终要走到自己的地方；个人平台能回写公共平台的，是问题、案例和用词这些“异质”的东西。书自己标明：菜市场与自家厨房是构想，不指任何真实平台；“回写目前的实际状况”一节如实交代，平台现状〔待核〕。失败条件：把本章读成“公共平台没用了”，是没读到位；若若谱系知识成为知识经济的主流领地并未成真，公共平台仍是价值最高的地方，“降级降价”的判断就不成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风险、边界与文明意义</w:t>
      </w:r>
    </w:p>
    <w:p>
      <w:pPr>
        <w:pStyle w:val="Heading1"/>
      </w:pPr>
      <w:r>
        <w:t>23  第23章：科学论文与期刊的命运</w:t>
      </w:r>
    </w:p>
    <w:p>
      <w:r>
        <w:t>第 23 章　科学论文与期刊的命运 · 原文：https://sdeuniverses.com/books/m/553/text/#s34</w:t>
      </w:r>
    </w:p>
    <w:p>
      <w:pPr>
        <w:pStyle w:val="Heading2"/>
      </w:pPr>
      <w:r>
        <w:t>带着问读</w:t>
      </w:r>
    </w:p>
    <w:p>
      <w:r>
        <w:t>先想：你收快递时，取件码、驿站、包裹各管什么？再读第23章：第一，23.1 小区快递驿站（构想）和看云的眼力（农谚“云厚则雨”）说明论文被拿掉了什么，期刊为什么是“发现学的交付场”？第二，23.2 修伞的师傅（构想）里，论文→专著→发生系统要经过哪几步，为什么不是每篇论文都该走完？第三，23.3 科学共同体的信用为什么要“迁移而非复制”？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期刊是统一性知识的交付场，与统一性知识配得很好，不会消失，但会退到告知与校对的位置；一部分论文可以经过追问、成书、落入谱系，长成读者能在自己的条件下走一遍的发生系统，但不是每篇都该走；科学共同体的信用要迁移，不是复制——保留让陌生人敢开始的功能，换掉承载它的东西，旧账与新账各记各的，不折算。书自己标明：快递驿站、修伞师傅、农谚小册子都是构想；本章有一条“能被推翻的说法”，读者应自己去找出来。失败条件：把本章读成“论文不重要”，或“科学家都该写专著”，是没读到位；若期刊的信用能原样复制到个人平台上，“迁移不是复制”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风险、边界与文明意义</w:t>
      </w:r>
    </w:p>
    <w:p>
      <w:pPr>
        <w:pStyle w:val="Heading1"/>
      </w:pPr>
      <w:r>
        <w:t>24  第24章：让每个人都有自己的思想和知识工厂</w:t>
      </w:r>
    </w:p>
    <w:p>
      <w:r>
        <w:t>第 24 章　让每个人都有自己的思想和知识工厂 · 原文：https://sdeuniverses.com/books/m/553/text/#s35</w:t>
      </w:r>
    </w:p>
    <w:p>
      <w:pPr>
        <w:pStyle w:val="Heading2"/>
      </w:pPr>
      <w:r>
        <w:t>带着问读</w:t>
      </w:r>
    </w:p>
    <w:p>
      <w:r>
        <w:t>先想：奶奶教孙女包饺子，你能指出哪一下是“出版”、哪一下是“教育”吗？再读第24章：第一，24.1 两句口号“给你一双慧眼看世界”与“让每个人都有自己的思想和知识工厂”，换了哪些词，“工厂”要去掉哪两种误会？第二，24.2 一箱蜂和奶奶教孙女包饺子（构想），一人一个知识发生系统是什么图景，出版与教育的边界消失的是什么？第三，24.3 文明为什么不会乱，“方向性专著须少而精”为什么不是配额？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“工厂”不是流水线，是一个能让知识持续发生、又回头改写自己的地方；在谱系知识这一层，发生一遍就是学一遍，所以托管发生的平台同时也是学习发生的地方，出版与教育在这一层不再分家；人人有工厂不会让文明乱，条件是公共底座还在、方向性的东西少而精、多数人把方向落成扎实支撑，这个条件今天还没有成熟的机制保证；“扎实支撑”不是次等。书自己标明：蜂箱与包饺子是构想；平台这一环的现状〔待核〕；口号是方向，不是已经完成的事。失败条件：把口号读成已经落地，或把“少而精”读成配额与次等，是没读到位；若人人有工厂之后，各家仍只会出同一款套餐、彼此不相遇，就说明这幅图景错了（24.2 专有一小节问“这幅图景什么时候就错了”）。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