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不是工业革命 · 学习包</w:t>
      </w:r>
    </w:p>
    <w:p>
      <w:r>
        <w:t>AI 革命改变的是「谁」在做 · 原书作者：王德生 · ISBN 979-8-90690-563-5 · 第556号 · US$25.00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在线学习：https://sdeuniverses.com/books/m/556/agent/learning.html</w:t>
      </w:r>
    </w:p>
    <w:p>
      <w:r>
        <w:br w:type="page"/>
      </w:r>
    </w:p>
    <w:p>
      <w:r>
        <w:t>第一编 · 不是工业革命</w:t>
      </w:r>
    </w:p>
    <w:p>
      <w:pPr>
        <w:pStyle w:val="Heading1"/>
      </w:pPr>
      <w:r>
        <w:t>01  第1章：两次革命的分界</w:t>
      </w:r>
    </w:p>
    <w:p>
      <w:r>
        <w:t>第 1 章　两次革命的分界 · 原文：https://sdeuniverses.com/books/m/556/text/#s7</w:t>
      </w:r>
    </w:p>
    <w:p>
      <w:pPr>
        <w:pStyle w:val="Heading2"/>
      </w:pPr>
      <w:r>
        <w:t>带着问读</w:t>
      </w:r>
    </w:p>
    <w:p>
      <w:r>
        <w:t>先想：你上一次坐进一辆新车，是不是先担心“我开得了吗”，而不是“开车的还是不是我”？再读第1章：第一，第三节一件大工具来了，社会反应的“让渡律”四段（扩大、内卷、新产业诞生、让渡）各是什么？第二，第七节三次革命各以什么为单位在变？第三，第九节与第十一节为什么不叫“第四次”，AI 的单位又是什么？</w:t>
      </w:r>
    </w:p>
    <w:p>
      <w:pPr>
        <w:pStyle w:val="Heading2"/>
      </w:pPr>
      <w:r>
        <w:t>先答：保留自己的起点</w:t>
      </w:r>
    </w:p>
    <w:p/>
    <w:p/>
    <w:p/>
    <w:p>
      <w:pPr>
        <w:pStyle w:val="Heading2"/>
      </w:pPr>
      <w:r>
        <w:t>读后追问</w:t>
      </w:r>
    </w:p>
    <w:p>
      <w:r>
        <w:t>核对要点：前三次工具革命（农具与定居、蒸汽与电、自动化与计算机）延长的是手和腿，单位是动力与生产，人还是那个人；让渡律四段是扩大、内卷、新产业诞生、让渡，让渡要等接收方，那几年最难熬（第十节）；AI 的单位是主体；分界句是：工业革命改变人能做什么，AI 革命改变的是“谁”在做。失败条件：把本章读成“工业革命不重要”或“AI 比蒸汽机更大”，是没读到位；若能指出一次工具革命，同样改变了“谁在做”而不只是“能做什么”，分界就要收回。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不是工业革命</w:t>
      </w:r>
    </w:p>
    <w:p>
      <w:pPr>
        <w:pStyle w:val="Heading1"/>
      </w:pPr>
      <w:r>
        <w:t>02  第2章：约得掉的工具：为什么主体一直没动</w:t>
      </w:r>
    </w:p>
    <w:p>
      <w:r>
        <w:t>第 2 章　约得掉的工具：为什么主体一直没动 · 原文：https://sdeuniverses.com/books/m/556/text/#s8</w:t>
      </w:r>
    </w:p>
    <w:p>
      <w:pPr>
        <w:pStyle w:val="Heading2"/>
      </w:pPr>
      <w:r>
        <w:t>带着问读</w:t>
      </w:r>
    </w:p>
    <w:p>
      <w:r>
        <w:t>先想：你说“我切菜”的时候，有没有提过刀？为什么不提也没人觉得说错？再读第2章：第一，第二节至第四节“我切菜”少说了一个字，省略成立的两个条件为什么其实是一个？第二，第五节与第六节把一排工具放上去看，账为什么一直记在人名下？第三，第十节与第十一节约掉以后剩下的是什么样的人，“工具比人老”是什么意思？</w:t>
      </w:r>
    </w:p>
    <w:p>
      <w:pPr>
        <w:pStyle w:val="Heading2"/>
      </w:pPr>
      <w:r>
        <w:t>先答：保留自己的起点</w:t>
      </w:r>
    </w:p>
    <w:p/>
    <w:p/>
    <w:p/>
    <w:p>
      <w:pPr>
        <w:pStyle w:val="Heading2"/>
      </w:pPr>
      <w:r>
        <w:t>读后追问</w:t>
      </w:r>
    </w:p>
    <w:p>
      <w:r>
        <w:t>核对要点：省略成立的条件是读数为常数：不因使用而改变，对谁都一样；石器、文字、印刷、计算器都约得掉，账一直记在人名下；老木匠的刨子是不那么干净的边角例子（第七节）；几千年没人专门讲，因为省略太顺手（第八节）；工具比人老，“单独的人”从来是语言的省略。失败条件：把本章读成“工具没有影响人”，是没读到位；若能举出一件对谁用、用多少次都读数不同、仍被安全省略的工具，常数条件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不是工业革命</w:t>
      </w:r>
    </w:p>
    <w:p>
      <w:pPr>
        <w:pStyle w:val="Heading1"/>
      </w:pPr>
      <w:r>
        <w:t>03  第3章：约不掉的 AI</w:t>
      </w:r>
    </w:p>
    <w:p>
      <w:r>
        <w:t>第 3 章　约不掉的 AI · 原文：https://sdeuniverses.com/books/m/556/text/#s9</w:t>
      </w:r>
    </w:p>
    <w:p>
      <w:pPr>
        <w:pStyle w:val="Heading2"/>
      </w:pPr>
      <w:r>
        <w:t>带着问读</w:t>
      </w:r>
    </w:p>
    <w:p>
      <w:r>
        <w:t>先想：最近一次你用 AI 得到的东西，换一个朋友来问，会是同一份吗？再读第3章：第一，第二节至第四节AI 的三处“破”（会作声、冻不住、会学）各破在哪里？第二，第六节与第七节“拿掉一方”的检验怎么做，腿-车交通复合体是什么比方？第三，第九节与第十节三句常见反驳怎样回答，“约不掉”要说到什么分寸？</w:t>
      </w:r>
    </w:p>
    <w:p>
      <w:pPr>
        <w:pStyle w:val="Heading2"/>
      </w:pPr>
      <w:r>
        <w:t>先答：保留自己的起点</w:t>
      </w:r>
    </w:p>
    <w:p/>
    <w:p/>
    <w:p/>
    <w:p>
      <w:pPr>
        <w:pStyle w:val="Heading2"/>
      </w:pPr>
      <w:r>
        <w:t>读后追问</w:t>
      </w:r>
    </w:p>
    <w:p>
      <w:r>
        <w:t>核对要点：AI 会作声、冻不住、会学，所以不是常数；同一个基底换一个人用，出来的不是同一个东西；腿-车交通复合体：车来了不问“腿怎样跟上车”；思考是近代给主体下定义的地方（第八节）；分寸有四：约不掉是任务相对的（排版、翻译照样约得掉）、是程度的、不等于好、不等于 AI 有了意识。失败条件：把本章读成“AI 有了意识”或“所有 AI 用法都约不掉”，是没读到位；若找到判断、纠错、归属这类任务中，AI 仍像刀一样可被省略且换人换法没有差别，“约不掉”就要收回（附录三第一条）。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不是工业革命</w:t>
      </w:r>
    </w:p>
    <w:p>
      <w:pPr>
        <w:pStyle w:val="Heading1"/>
      </w:pPr>
      <w:r>
        <w:t>04  第4章：主体从先在者变为发生者</w:t>
      </w:r>
    </w:p>
    <w:p>
      <w:r>
        <w:t>第 4 章　主体从先在者变为发生者 · 原文：https://sdeuniverses.com/books/m/556/text/#s10</w:t>
      </w:r>
    </w:p>
    <w:p>
      <w:pPr>
        <w:pStyle w:val="Heading2"/>
      </w:pPr>
      <w:r>
        <w:t>带着问读</w:t>
      </w:r>
    </w:p>
    <w:p>
      <w:r>
        <w:t>先想：你有没有在做一个决定时，分不清那个想法是自己的，还是对话里“磨”出来的？再读第4章：第一，第二节与第三节老式子“知识＝F（主体，客体，互动）”藏着什么没人明说的预设？第二，第四节至第六节康德、尼采和后来的哲学各走到哪里？第三，第八节至第十一节AI 一来难题怎样成了日常事实，“不是变强也不是被夺”是什么意思，式子该怎样改？</w:t>
      </w:r>
    </w:p>
    <w:p>
      <w:pPr>
        <w:pStyle w:val="Heading2"/>
      </w:pPr>
      <w:r>
        <w:t>先答：保留自己的起点</w:t>
      </w:r>
    </w:p>
    <w:p/>
    <w:p/>
    <w:p/>
    <w:p>
      <w:pPr>
        <w:pStyle w:val="Heading2"/>
      </w:pPr>
      <w:r>
        <w:t>读后追问</w:t>
      </w:r>
    </w:p>
    <w:p>
      <w:r>
        <w:t>核对要点：老式子把主体、客体写成先于互动的自变量，这个预设从未被证成；康德走到物自体，尼采走到视角，后来的哲学把主体打碎；几百年里难题可以搁着（第七节），AI 一来成了日常事实；主体性革命不是主体变强，也不是主体性被夺，而是主体的来历变了：从起点变为结果；那人还在，但不再是起点。失败条件：把本章读成“人没有了”或“主体变强了”，是没读到位；若复合主体的产出始终能在互动之前就拆回两个现成成品且无余数，“主体是发生者”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不是工业革命</w:t>
      </w:r>
    </w:p>
    <w:p>
      <w:pPr>
        <w:pStyle w:val="Heading1"/>
      </w:pPr>
      <w:r>
        <w:t>05  第5章：角色-AI：新主体的命名与诞生判据</w:t>
      </w:r>
    </w:p>
    <w:p>
      <w:r>
        <w:t>第 5 章　角色-AI：新主体的命名与诞生判据 · 原文：https://sdeuniverses.com/books/m/556/text/#s11</w:t>
      </w:r>
    </w:p>
    <w:p>
      <w:pPr>
        <w:pStyle w:val="Heading2"/>
      </w:pPr>
      <w:r>
        <w:t>带着问读</w:t>
      </w:r>
    </w:p>
    <w:p>
      <w:r>
        <w:t>先想：你用 AI 的时候，是在查资料、在签字，还是在一来一回地磨？再读第5章：第一，第二节与第三节为什么要给新主体起名字，连字符为什么不是加号？第二，第四节至第六节三条诞生判据各是什么？第三，第七节至第十节三条缺一会怎样，三种伪复合各是什么样子？</w:t>
      </w:r>
    </w:p>
    <w:p>
      <w:pPr>
        <w:pStyle w:val="Heading2"/>
      </w:pPr>
      <w:r>
        <w:t>先答：保留自己的起点</w:t>
      </w:r>
    </w:p>
    <w:p/>
    <w:p/>
    <w:p/>
    <w:p>
      <w:pPr>
        <w:pStyle w:val="Heading2"/>
      </w:pPr>
      <w:r>
        <w:t>读后追问</w:t>
      </w:r>
    </w:p>
    <w:p>
      <w:r>
        <w:t>核对要点：角色-AI 的命名法：行业里本有的角色加短横和“AI”；三条诞生判据：一，来回里一方的话改了另一方的下一步；二，结果改了下一次的起点；三，错了有人认；伪复合三种：把 AI 当查询台、把人当签字笔、各干各的再拼起来；第十一节用外卖员阿水的一个晚上把三条放在一起。失败条件：把判据读成“用了 AI 就算”，是没读到位；若不同评判者对同一案例常给出相反结论，判据边界模糊到无法一致判定，三条判据作为工具就要重写（附录三第三条）。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不是工业革命</w:t>
      </w:r>
    </w:p>
    <w:p>
      <w:pPr>
        <w:pStyle w:val="Heading1"/>
      </w:pPr>
      <w:r>
        <w:t>06  第6章：为什么十行同时晃</w:t>
      </w:r>
    </w:p>
    <w:p>
      <w:r>
        <w:t>第 6 章　为什么十行同时晃 · 原文：https://sdeuniverses.com/books/m/556/text/#s12</w:t>
      </w:r>
    </w:p>
    <w:p>
      <w:pPr>
        <w:pStyle w:val="Heading2"/>
      </w:pPr>
      <w:r>
        <w:t>带着问读</w:t>
      </w:r>
    </w:p>
    <w:p>
      <w:r>
        <w:t>先想：你家过年饭桌上，有没有人说“AI 以后会不会把我们这行……”？大家说的是同一件事吗？再读第6章：第一，第二节与第三节“建在一个先在的谁上”是什么意思，地基怎样变成制度？第二，第六节与第七节六块石头（执照、学位、合同、选票、署名、工资单）各先裂在哪，三种补法为什么不太管用？第三，第八节至第十一节为什么是同时不是先后，为什么说文明冲击不是产业冲击，晃为什么不等于塌？</w:t>
      </w:r>
    </w:p>
    <w:p>
      <w:pPr>
        <w:pStyle w:val="Heading2"/>
      </w:pPr>
      <w:r>
        <w:t>先答：保留自己的起点</w:t>
      </w:r>
    </w:p>
    <w:p/>
    <w:p/>
    <w:p/>
    <w:p>
      <w:pPr>
        <w:pStyle w:val="Heading2"/>
      </w:pPr>
      <w:r>
        <w:t>读后追问</w:t>
      </w:r>
    </w:p>
    <w:p>
      <w:r>
        <w:t>核对要点：每一行建在一个默认先在的“谁”上，被写进执照、学位、合同、选票、署名、工资单；前几次工具落在“做什么”上，所以行业错开，AI 落在“谁在做”上，十行共用一块地基，所以同时晃；“谁”的资格多靠“他会想”撑起（第八节）；行业有十个，主体只有一个；晃不等于塌。失败条件：把本章读成“十个行业都要完蛋”，是没读到位；若各行业从业者检验后发现并不共享这个“先在的谁”，各行争论互不相关，“十行同一个结构”就要收回（附录三第五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不是工业革命</w:t>
      </w:r>
    </w:p>
    <w:p>
      <w:pPr>
        <w:pStyle w:val="Heading1"/>
      </w:pPr>
      <w:r>
        <w:t>07  第7章：四种误读</w:t>
      </w:r>
    </w:p>
    <w:p>
      <w:r>
        <w:t>第 7 章　四种误读 · 原文：https://sdeuniverses.com/books/m/556/text/#s13</w:t>
      </w:r>
    </w:p>
    <w:p>
      <w:pPr>
        <w:pStyle w:val="Heading2"/>
      </w:pPr>
      <w:r>
        <w:t>带着问读</w:t>
      </w:r>
    </w:p>
    <w:p>
      <w:r>
        <w:t>先想：同事问你“AI 会不会替代我”，你的回答属于替代、赋能、工具还是危机？再读第7章：第一，第二节至第六节替代论、赋能论、工具中立论、主体性危机论各把话说足是什么，那一刀各切在哪？第二，第七节与第八节四种误读的共同病根是什么，为什么互为同盟？第三，第九节与第十节误读为什么这么顽固，怎样分辨自己在用哪一种？</w:t>
      </w:r>
    </w:p>
    <w:p>
      <w:pPr>
        <w:pStyle w:val="Heading2"/>
      </w:pPr>
      <w:r>
        <w:t>先答：保留自己的起点</w:t>
      </w:r>
    </w:p>
    <w:p/>
    <w:p/>
    <w:p/>
    <w:p>
      <w:pPr>
        <w:pStyle w:val="Heading2"/>
      </w:pPr>
      <w:r>
        <w:t>读后追问</w:t>
      </w:r>
    </w:p>
    <w:p>
      <w:r>
        <w:t>核对要点：四种误读：替代论（两端当成品、同一把尺子）、赋能论（预设现成的大脑等着加能）、工具中立论（只从人流向工具，关上回写之门）、主体性危机论（仍在争先在主体的地位）；共同病根是把正在发生的复合体，当成两个已经完成的实体来处理；每一种都有对的一半；第十一节给出对照表。失败条件：把本章读成“四种说法都是错的”，是没读到位；若某一说法能解释一切后果而不需要“先在的成品”这个预设，该误读的判词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心理咨询：谁有心病</w:t>
      </w:r>
    </w:p>
    <w:p>
      <w:pPr>
        <w:pStyle w:val="Heading1"/>
      </w:pPr>
      <w:r>
        <w:t>08  第8章：「你得自己想开」</w:t>
      </w:r>
    </w:p>
    <w:p>
      <w:r>
        <w:t>第 8 章　「你得自己想开」 · 原文：https://sdeuniverses.com/books/m/556/text/#s15</w:t>
      </w:r>
    </w:p>
    <w:p>
      <w:pPr>
        <w:pStyle w:val="Heading2"/>
      </w:pPr>
      <w:r>
        <w:t>带着问读</w:t>
      </w:r>
    </w:p>
    <w:p>
      <w:r>
        <w:t>先想：有人劝你“你得自己想开”的时候，这句话把难处放在了谁身上？再读第8章：第一，第二节与第三节咨询室里默认坐着谁，咨询师那一头的默认是什么？第二，第四节至第六节诊断手册、性格与量表怎样把难处放进一个人，被括号掉的是什么？第三，第七节与第十节本书为什么不否认难处是真的，深夜里账是怎样对不上的？</w:t>
      </w:r>
    </w:p>
    <w:p>
      <w:pPr>
        <w:pStyle w:val="Heading2"/>
      </w:pPr>
      <w:r>
        <w:t>先答：保留自己的起点</w:t>
      </w:r>
    </w:p>
    <w:p/>
    <w:p/>
    <w:p/>
    <w:p>
      <w:pPr>
        <w:pStyle w:val="Heading2"/>
      </w:pPr>
      <w:r>
        <w:t>读后追问</w:t>
      </w:r>
    </w:p>
    <w:p>
      <w:r>
        <w:t>核对要点：咨询室默认两位成品对坐，难处放在一个人身上；诊断手册、性格、量表是这一默认的制度形态；被括号掉的是日子、关系与场；难处是真的，本书不说心病不是病（第七节）；旧问题“谁先谁后”（第八节）；深夜与 AI 的对话让旧账对不上；本章判断是：问题的主语写错了，答案再用力也落不到地上。失败条件：把本章读成“心病全是日子的问题”，是没读到位；若能证明严重的心理难处只在个体内部、与关系和场无关，“难处记在一个人名下写错了主语”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心理咨询：谁有心病</w:t>
      </w:r>
    </w:p>
    <w:p>
      <w:pPr>
        <w:pStyle w:val="Heading1"/>
      </w:pPr>
      <w:r>
        <w:t>09  第9章：三种说法错在哪一刀</w:t>
      </w:r>
    </w:p>
    <w:p>
      <w:r>
        <w:t>第 9 章　三种说法错在哪一刀 · 原文：https://sdeuniverses.com/books/m/556/text/#s16</w:t>
      </w:r>
    </w:p>
    <w:p>
      <w:pPr>
        <w:pStyle w:val="Heading2"/>
      </w:pPr>
      <w:r>
        <w:t>带着问读</w:t>
      </w:r>
    </w:p>
    <w:p>
      <w:r>
        <w:t>先想：有人说“和 AI 聊多了会更孤独”，你觉得这是在担心谁？再读第9章：第一，第三节与第四节“它会替代咨询师”这一说法的那一刀是什么？第二，第五节与第六节“它只是倾听工具”为什么要多看“工具”两个字一眼？第三，第七节与第八节“聊多了更孤独”为什么是对真危险的警告，又切歪在哪里？</w:t>
      </w:r>
    </w:p>
    <w:p>
      <w:pPr>
        <w:pStyle w:val="Heading2"/>
      </w:pPr>
      <w:r>
        <w:t>先答：保留自己的起点</w:t>
      </w:r>
    </w:p>
    <w:p/>
    <w:p/>
    <w:p/>
    <w:p>
      <w:pPr>
        <w:pStyle w:val="Heading2"/>
      </w:pPr>
      <w:r>
        <w:t>读后追问</w:t>
      </w:r>
    </w:p>
    <w:p>
      <w:r>
        <w:t>核对要点：三种说法：替代、倾听工具、更孤独；第一种把咨询当成一个人的本事，第二种忘了这个“工具”会回话，第三种把孤独记在一个人或一个东西头上；三种共同的底座是把来访者当先在的个体（第九节），且互相借力（第十节）；第三种指向真的危险，本书认真对待；漏掉的是“这一个人和这一个东西合起来正在变成谁”（第十一节）。失败条件：把本章读成“AI 陪聊没有风险”，是没读到位；若能证明三种说法不依赖“先在的个体”仍成立，共同底座一说就要收回。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心理咨询：谁有心病</w:t>
      </w:r>
    </w:p>
    <w:p>
      <w:pPr>
        <w:pStyle w:val="Heading1"/>
      </w:pPr>
      <w:r>
        <w:t>10  第10章：来访者-AI 与咨询师-AI</w:t>
      </w:r>
    </w:p>
    <w:p>
      <w:r>
        <w:t>第 10 章　来访者-AI 与咨询师-AI · 原文：https://sdeuniverses.com/books/m/556/text/#s17</w:t>
      </w:r>
    </w:p>
    <w:p>
      <w:pPr>
        <w:pStyle w:val="Heading2"/>
      </w:pPr>
      <w:r>
        <w:t>带着问读</w:t>
      </w:r>
    </w:p>
    <w:p>
      <w:r>
        <w:t>先想：深夜里跟 AI 说话的那个你，和白天的你是同一个人吗？再读第10章：第一，第二节与第三节林岚的夜里指得出哪一次来回，一个“我”怎样在夜里长出来？第二，第四节与第六节依赖与放不下为什么是“病在来回里”，咨询到底改哪三处？第三，第八节至第十一节咨询师-AI 是什么，隐私与分寸的两个提醒，为什么不是“更强的一个人”？</w:t>
      </w:r>
    </w:p>
    <w:p>
      <w:pPr>
        <w:pStyle w:val="Heading2"/>
      </w:pPr>
      <w:r>
        <w:t>先答：保留自己的起点</w:t>
      </w:r>
    </w:p>
    <w:p/>
    <w:p/>
    <w:p/>
    <w:p>
      <w:pPr>
        <w:pStyle w:val="Heading2"/>
      </w:pPr>
      <w:r>
        <w:t>读后追问</w:t>
      </w:r>
    </w:p>
    <w:p>
      <w:r>
        <w:t>核对要点：用三条判据指林岚的一次来回；依赖、放不下是复合主体的病；咨询要改的是三处：日子怎么摊开、在什么场里、被什么吸引（第六节）；同一个 AI 可以有两个不同的晚上（第五节）；咨询师-AI 的前提是先问来访者（童老师的规矩）；不是“更强的一个人”，也不是“更好的笔记本”。失败条件：把本章读成“AI 可以做心理治疗”，是没读到位；本章不给诊疗建议。若指不出任何一次满足三条判据的来回，“来访者-AI 已经诞生”就要收回。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心理咨询：谁有心病</w:t>
      </w:r>
    </w:p>
    <w:p>
      <w:pPr>
        <w:pStyle w:val="Heading1"/>
      </w:pPr>
      <w:r>
        <w:t>11  第11章：重新问：心病在哪里</w:t>
      </w:r>
    </w:p>
    <w:p>
      <w:r>
        <w:t>第 11 章　重新问：心病在哪里 · 原文：https://sdeuniverses.com/books/m/556/text/#s18</w:t>
      </w:r>
    </w:p>
    <w:p>
      <w:pPr>
        <w:pStyle w:val="Heading2"/>
      </w:pPr>
      <w:r>
        <w:t>带着问读</w:t>
      </w:r>
    </w:p>
    <w:p>
      <w:r>
        <w:t>先想：你的手机里有没有一段你不想再翻的对话？它该由谁来整理、谁来认账？再读第11章：第一，第二节至第四节从修一个人到备一个场是什么意思，两个可能的新位置（复合关系的陪伴、对话历史的整理）是什么？第二，第六节与第七节危机与依赖的认账位置各在哪里？第三，第九节至第十一节训练、伦理与收费三个没有现成答案的问题，另一面的话，转介的路怎样才算通？</w:t>
      </w:r>
    </w:p>
    <w:p>
      <w:pPr>
        <w:pStyle w:val="Heading2"/>
      </w:pPr>
      <w:r>
        <w:t>先答：保留自己的起点</w:t>
      </w:r>
    </w:p>
    <w:p/>
    <w:p/>
    <w:p/>
    <w:p>
      <w:pPr>
        <w:pStyle w:val="Heading2"/>
      </w:pPr>
      <w:r>
        <w:t>读后追问</w:t>
      </w:r>
    </w:p>
    <w:p>
      <w:r>
        <w:t>核对要点：新问法：心病不是一个人里面坏了什么，而是一个正在发生的复合里哪里卡住、哪里没收尾、哪里缺了一个人；新行当是待验猜想；危机必须单独讲，转介的路要通，遇心理危机请找专业人员与当地热线；产品与机构也要重新问（第五节）；本书不评论任何具体产品和公司；第十二节为本编的账。失败条件：把本章读成对心理咨询行业的预测或诊疗指引，是没读到位；若“备一个场”的做法在转介不通、危机无人认账的情形下仍被认为合格，本章的认账判断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教育：谁在学</w:t>
      </w:r>
    </w:p>
    <w:p>
      <w:pPr>
        <w:pStyle w:val="Heading1"/>
      </w:pPr>
      <w:r>
        <w:t>12  第12章：一份完成得太好的作业</w:t>
      </w:r>
    </w:p>
    <w:p>
      <w:r>
        <w:t>第 12 章　一份完成得太好的作业 · 原文：https://sdeuniverses.com/books/m/556/text/#s20</w:t>
      </w:r>
    </w:p>
    <w:p>
      <w:pPr>
        <w:pStyle w:val="Heading2"/>
      </w:pPr>
      <w:r>
        <w:t>带着问读</w:t>
      </w:r>
    </w:p>
    <w:p>
      <w:r>
        <w:t>先想：一份满分作业摆在面前，你能凭它说“这个孩子学会了”吗？再读第12章：第一，第二节与第三节终稿遮住了什么？第二，第五节与第六节教育的四种单位（学生、班级、课程、学校）是什么，为什么现在数不准？第三，第九节与第十一节表现和学习为什么是两件事，和计算器放在一起看有什么相同和不同？</w:t>
      </w:r>
    </w:p>
    <w:p>
      <w:pPr>
        <w:pStyle w:val="Heading2"/>
      </w:pPr>
      <w:r>
        <w:t>先答：保留自己的起点</w:t>
      </w:r>
    </w:p>
    <w:p/>
    <w:p/>
    <w:p/>
    <w:p>
      <w:pPr>
        <w:pStyle w:val="Heading2"/>
      </w:pPr>
      <w:r>
        <w:t>读后追问</w:t>
      </w:r>
    </w:p>
    <w:p>
      <w:r>
        <w:t>核对要点：一份完成得好的作业什么也没有证明；“到了不等于练了”，但也别滑向把机器拿走的另一头（第四节）；四种单位大致重合，前提是最底下有一个现成的学生；表现与学习是两件事；孩子自己的感受也要听（第十节）；计算器的类比有对的一半，也有不同。失败条件：把本章读成“用 AI 写的都不算学会”，是没读到位；若能证明终稿本身足以说明学会，且撤掉提示后仍稳定保持，“终稿不能证明谁学会”就要收回。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教育：谁在学</w:t>
      </w:r>
    </w:p>
    <w:p>
      <w:pPr>
        <w:pStyle w:val="Heading1"/>
      </w:pPr>
      <w:r>
        <w:t>13  第13章：禁令、外挂与驾驭</w:t>
      </w:r>
    </w:p>
    <w:p>
      <w:r>
        <w:t>第 13 章　禁令、外挂与驾驭 · 原文：https://sdeuniverses.com/books/m/556/text/#s21</w:t>
      </w:r>
    </w:p>
    <w:p>
      <w:pPr>
        <w:pStyle w:val="Heading2"/>
      </w:pPr>
      <w:r>
        <w:t>带着问读</w:t>
      </w:r>
    </w:p>
    <w:p>
      <w:r>
        <w:t>先想：家长群里有人说“禁”，有人说“外挂”，有人说“要学会用”，你站在哪一边？再读第13章：第一，第二节至第四节禁令说了什么，那一刀与对的一半各是什么？第二，第五节至第七节“外挂”的画面是什么，那一刀与对的一半各是什么？第三，第八节至第十一节“驾驭”为什么是骑手对马的词，三刀为什么其实是一刀？</w:t>
      </w:r>
    </w:p>
    <w:p>
      <w:pPr>
        <w:pStyle w:val="Heading2"/>
      </w:pPr>
      <w:r>
        <w:t>先答：保留自己的起点</w:t>
      </w:r>
    </w:p>
    <w:p/>
    <w:p/>
    <w:p/>
    <w:p>
      <w:pPr>
        <w:pStyle w:val="Heading2"/>
      </w:pPr>
      <w:r>
        <w:t>读后追问</w:t>
      </w:r>
    </w:p>
    <w:p>
      <w:r>
        <w:t>核对要点：禁令的画面是学习发生在一个脑袋里、机器是外面的污染物，对的一半是有些学习需要把“托的人”拿走；外挂把学习当成可作弊的赛道；驾驭是骑手先在、马被骑；三刀是一刀：都在争怎样摆放孩子和机器，该问的是两者来回之间诞生了怎样的学习者。失败条件：把本章读成“三派都该取消”，是没读到位；若证明在不取消孩子与机器“各自完成”这一画面时，三派争论仍能自洽，则“三刀其实是一刀”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教育：谁在学</w:t>
      </w:r>
    </w:p>
    <w:p>
      <w:pPr>
        <w:pStyle w:val="Heading1"/>
      </w:pPr>
      <w:r>
        <w:t>14  第14章：学生-AI 与教师-AI 的诞生</w:t>
      </w:r>
    </w:p>
    <w:p>
      <w:r>
        <w:t>第 14 章　学生-AI 与教师-AI 的诞生 · 原文：https://sdeuniverses.com/books/m/556/text/#s22</w:t>
      </w:r>
    </w:p>
    <w:p>
      <w:pPr>
        <w:pStyle w:val="Heading2"/>
      </w:pPr>
      <w:r>
        <w:t>带着问读</w:t>
      </w:r>
    </w:p>
    <w:p>
      <w:r>
        <w:t>先想：孩子把一道做错的题发给 AI，AI 问了一句“代回去看看”，之后发生了什么才算学会？再读第14章：第一，第二节与第三节至第五节苏念那道绝对值方程的来回里，三条判据各在哪里指得出？第二，第六节与第七节学什么（两种知识两种用法）、怎样想（从装进去到组织起来）？第三，第八节至第十一节三种假来回是什么，教师-AI 的“陪”是什么，老师不再是什么、还是什么？</w:t>
      </w:r>
    </w:p>
    <w:p>
      <w:pPr>
        <w:pStyle w:val="Heading2"/>
      </w:pPr>
      <w:r>
        <w:t>先答：保留自己的起点</w:t>
      </w:r>
    </w:p>
    <w:p/>
    <w:p/>
    <w:p/>
    <w:p>
      <w:pPr>
        <w:pStyle w:val="Heading2"/>
      </w:pPr>
      <w:r>
        <w:t>读后追问</w:t>
      </w:r>
    </w:p>
    <w:p>
      <w:r>
        <w:t>核对要点：7/3 是增根，机器没有直接说，而是引学生自己找到；三条判据逐条对上；学的是统一性知识也是自己的路（第六节）；三种假来回是教室里最常见的伪复合；教师的新职责是陪新主体诞生；本章说老师不再是什么、仍是什么，不预测教师职业的消失。失败条件：把本章读成“老师可以被取代”或“AI 辅导一定有效”，是没读到位；若在撤去机器后学生仍无法重做同类题，即使来回很流畅，“学生-AI 已诞生”也要收回。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教育：谁在学</w:t>
      </w:r>
    </w:p>
    <w:p>
      <w:pPr>
        <w:pStyle w:val="Heading1"/>
      </w:pPr>
      <w:r>
        <w:t>15  第15章：重新问：中国教育学要的不是一套理论</w:t>
      </w:r>
    </w:p>
    <w:p>
      <w:r>
        <w:t>第 15 章　重新问：中国教育学要的不是一套理论 · 原文：https://sdeuniverses.com/books/m/556/text/#s23</w:t>
      </w:r>
    </w:p>
    <w:p>
      <w:pPr>
        <w:pStyle w:val="Heading2"/>
      </w:pPr>
      <w:r>
        <w:t>带着问读</w:t>
      </w:r>
    </w:p>
    <w:p>
      <w:r>
        <w:t>先想：如果有人问你“中国教育学怎样得到国际承认”，你会先想到什么，是理论、人，还是学生？再读第15章：第一，第二节至第四节阚阅的发言大意是什么，他看对的一半和没说出口的三处默认是什么？第二，第五节与第六节三层问题是什么，为什么框架性的东西只能在新主体这一层？第三，第七节至第九节统一性知识怎样退为底座，课堂怎样谱系化，理论为什么是新主体运行的痕迹？</w:t>
      </w:r>
    </w:p>
    <w:p>
      <w:pPr>
        <w:pStyle w:val="Heading2"/>
      </w:pPr>
      <w:r>
        <w:t>先答：保留自己的起点</w:t>
      </w:r>
    </w:p>
    <w:p/>
    <w:p/>
    <w:p/>
    <w:p>
      <w:pPr>
        <w:pStyle w:val="Heading2"/>
      </w:pPr>
      <w:r>
        <w:t>读后追问</w:t>
      </w:r>
    </w:p>
    <w:p>
      <w:r>
        <w:t>核对要点：对阚阅只转述公开发言大意，不评判其发言与所在学界；三处默认：知识的价值在普适性、认证权在国际同行、理论来自先在的大师；三层问题：理论层、知识论层、存在论层；本书回应的大意：教育不是提出一套新理论，而是要加入 AI 与复合主体；统一性知识退为底座，课堂谱系化；第十一节写明这个回答可能错在哪里。失败条件：把本章读成对某位学者或某国教育学的评判，是没读到位；若能证明某个框架性承认不经过新主体这一层也能取得，“框架性的东西只在新主体这一层”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经济：谁创造价值</w:t>
      </w:r>
    </w:p>
    <w:p>
      <w:pPr>
        <w:pStyle w:val="Heading1"/>
      </w:pPr>
      <w:r>
        <w:t>16  第16章：劳动者、企业家与资本</w:t>
      </w:r>
    </w:p>
    <w:p>
      <w:r>
        <w:t>第 16 章　劳动者、企业家与资本 · 原文：https://sdeuniverses.com/books/m/556/text/#s25</w:t>
      </w:r>
    </w:p>
    <w:p>
      <w:pPr>
        <w:pStyle w:val="Heading2"/>
      </w:pPr>
      <w:r>
        <w:t>带着问读</w:t>
      </w:r>
    </w:p>
    <w:p>
      <w:r>
        <w:t>先想：年终算人力成本表的时候，那个“1 人”到底指的是谁？再读第16章：第一，第二节与第七节生产函数里的一个字母是什么，资本为什么是“看不见脸的座位”？第二，第三节至第六节斯密、马克思、边际学派、熊彼特与哈耶克各把价值放在哪？第三，第八节至第十节索洛残差说明了什么，前三次工具为什么没动这个字母，本书的问法是什么？</w:t>
      </w:r>
    </w:p>
    <w:p>
      <w:pPr>
        <w:pStyle w:val="Heading2"/>
      </w:pPr>
      <w:r>
        <w:t>先答：保留自己的起点</w:t>
      </w:r>
    </w:p>
    <w:p/>
    <w:p/>
    <w:p/>
    <w:p>
      <w:pPr>
        <w:pStyle w:val="Heading2"/>
      </w:pPr>
      <w:r>
        <w:t>读后追问</w:t>
      </w:r>
    </w:p>
    <w:p>
      <w:r>
        <w:t>核对要点：生产函数里的 L 默认一个先在的劳动者；斯密（分工）、马克思（劳动）、边际学派（需要的一边）、熊彼特与哈耶克（企业家与知识）各给“谁创造价值”不同答案，却都没有怀疑座位本身；索洛残差是解释不了的那一块；本书的问法是价值在来回里发生。各家只取大意，不引原话。失败条件：把本章读成对某一经济学派的否定，是没读到位；若能证明残差或价值争论的任何一方已把“做事的人在做之前就已在”作为问题而不是前提，本章“都默认先在”的判断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经济：谁创造价值</w:t>
      </w:r>
    </w:p>
    <w:p>
      <w:pPr>
        <w:pStyle w:val="Heading1"/>
      </w:pPr>
      <w:r>
        <w:t>17  第17章：抢饭碗、生产率与不平等</w:t>
      </w:r>
    </w:p>
    <w:p>
      <w:r>
        <w:t>第 17 章　抢饭碗、生产率与不平等 · 原文：https://sdeuniverses.com/books/m/556/text/#s26</w:t>
      </w:r>
    </w:p>
    <w:p>
      <w:pPr>
        <w:pStyle w:val="Heading2"/>
      </w:pPr>
      <w:r>
        <w:t>带着问读</w:t>
      </w:r>
    </w:p>
    <w:p>
      <w:r>
        <w:t>先想：质检老师傅的眼睛被一块屏幕替代时，他的账记在哪里？再读第17章：第一，第二节至第四节“机器抢了饭碗”的那一刀与对的一半？第二，第五节至第八节生产率论与不平等论各在平均数和差距上做了什么？第三，第十节至第十二节让渡律为什么说这一次与前三次不同，内卷期的苗头，一个反例是什么？</w:t>
      </w:r>
    </w:p>
    <w:p>
      <w:pPr>
        <w:pStyle w:val="Heading2"/>
      </w:pPr>
      <w:r>
        <w:t>先答：保留自己的起点</w:t>
      </w:r>
    </w:p>
    <w:p/>
    <w:p/>
    <w:p/>
    <w:p>
      <w:pPr>
        <w:pStyle w:val="Heading2"/>
      </w:pPr>
      <w:r>
        <w:t>读后追问</w:t>
      </w:r>
    </w:p>
    <w:p>
      <w:r>
        <w:t>核对要点：三种说法都在一个人的账上做减法、在平均数上做加法、在差距上做比较，共同处是都没有问来回里长出来的那一份记在哪个名字下（第九节）；让渡律采其大意，不引份额数字，不作预测；AI 的接收方被指向“思想的生产”，但不是安置名单；老唐的反例说明椅子上同时有两个东西。失败条件：把本章读成“失业不是问题”，是没读到位；若十年后的变化都能完全用四段让渡律在产业层面解释干净，不需要“谁在做”这个新单位，母题就要收回（附录三第十一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经济：谁创造价值</w:t>
      </w:r>
    </w:p>
    <w:p>
      <w:pPr>
        <w:pStyle w:val="Heading1"/>
      </w:pPr>
      <w:r>
        <w:t>18  第18章：劳动者-AI、公司-AI 与「我」的生产</w:t>
      </w:r>
    </w:p>
    <w:p>
      <w:r>
        <w:t>第 18 章　劳动者-AI、公司-AI 与「我」的生产 · 原文：https://sdeuniverses.com/books/m/556/text/#s27</w:t>
      </w:r>
    </w:p>
    <w:p>
      <w:pPr>
        <w:pStyle w:val="Heading2"/>
      </w:pPr>
      <w:r>
        <w:t>带着问读</w:t>
      </w:r>
    </w:p>
    <w:p>
      <w:r>
        <w:t>先想：一碗面里，有哪一部分是只对这一位熟客才成立的？再读第18章：第一，第二节与第三节公共知识为什么落到地板，“我的”知识为什么换一个人就不是了？第二，第四节与第五节一碗面的成本结构（示意）说明什么，第一次来回里三条判据在哪里？第三，第七节至第十二节公司-AI、“类我”、网里的三种劳动、会流走的东西、没成的来回？</w:t>
      </w:r>
    </w:p>
    <w:p>
      <w:pPr>
        <w:pStyle w:val="Heading2"/>
      </w:pPr>
      <w:r>
        <w:t>先答：保留自己的起点</w:t>
      </w:r>
    </w:p>
    <w:p/>
    <w:p/>
    <w:p/>
    <w:p>
      <w:pPr>
        <w:pStyle w:val="Heading2"/>
      </w:pPr>
      <w:r>
        <w:t>读后追问</w:t>
      </w:r>
    </w:p>
    <w:p>
      <w:r>
        <w:t>核对要点：面馆老板阿远的例子是构想；成本结构数字全是示意，不是统计；“我的知识”不等于个人品牌（第八节）；“类我”让我的知识遇见另一个人，打折迁移；会流走：今天属于“我”的明天可能流成“我们”的；不是“会用 AI”（第六节）；第十二节写了一次没成的来回。失败条件：把示意账当统计，或把“我的知识”读成能保证盈利的办法，是没读到位；本章不构成投资或经营建议。若换一个人也能原样得到同样的结果，“我的”知识就不成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经济：谁创造价值</w:t>
      </w:r>
    </w:p>
    <w:p>
      <w:pPr>
        <w:pStyle w:val="Heading1"/>
      </w:pPr>
      <w:r>
        <w:t>19  第19章：重新问：价值、分配与 GDP</w:t>
      </w:r>
    </w:p>
    <w:p>
      <w:r>
        <w:t>第 19 章　重新问：价值、分配与 GDP · 原文：https://sdeuniverses.com/books/m/556/text/#s28</w:t>
      </w:r>
    </w:p>
    <w:p>
      <w:pPr>
        <w:pStyle w:val="Heading2"/>
      </w:pPr>
      <w:r>
        <w:t>带着问读</w:t>
      </w:r>
    </w:p>
    <w:p>
      <w:r>
        <w:t>先想：工资单上的“1 人”，今天应该加一行什么说明？再读第19章：第一，第二节与第三节产出记在谁名下，三本账（工资、资产、GDP）各默认什么单位？第二，第四节与第五节GDP 看不见的那一半，社区定价怎样定？第三，第七节至第十一节新行当从哪里长，分配与“我的增加值”，腿-车怎样回到全书的钥匙，本章怎样算错？</w:t>
      </w:r>
    </w:p>
    <w:p>
      <w:pPr>
        <w:pStyle w:val="Heading2"/>
      </w:pPr>
      <w:r>
        <w:t>先答：保留自己的起点</w:t>
      </w:r>
    </w:p>
    <w:p/>
    <w:p/>
    <w:p/>
    <w:p>
      <w:pPr>
        <w:pStyle w:val="Heading2"/>
      </w:pPr>
      <w:r>
        <w:t>读后追问</w:t>
      </w:r>
    </w:p>
    <w:p>
      <w:r>
        <w:t>核对要点：钟婉-AI 作为一个单位，工资单要加一行说明；三种经济：以物为中心、以互动为中心、以主体为中心（第六节）；社区定价：价格在两个人之间；分配：谁有土壤谁先长出来；本章大半是猜想，第十一节写明怎样算错；不构成政策建议或投资意见。失败条件：把本章读成对 GDP 的否定或对分配的方案，是没读到位；若复合产出在不引入新单位时，仍能无余数地记在原有名字下并被各方接受，“产出记谁名下”的难题就要收回。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政治：谁在决定</w:t>
      </w:r>
    </w:p>
    <w:p>
      <w:pPr>
        <w:pStyle w:val="Heading1"/>
      </w:pPr>
      <w:r>
        <w:t>20  第20章：一百个各想各的公民</w:t>
      </w:r>
    </w:p>
    <w:p>
      <w:r>
        <w:t>第 20 章　一百个各想各的公民 · 原文：https://sdeuniverses.com/books/m/556/text/#s30</w:t>
      </w:r>
    </w:p>
    <w:p>
      <w:pPr>
        <w:pStyle w:val="Heading2"/>
      </w:pPr>
      <w:r>
        <w:t>带着问读</w:t>
      </w:r>
    </w:p>
    <w:p>
      <w:r>
        <w:t>先想：表决前一晚，你的“意见”是你一个人想出来的吗？再读第20章：第一，第二节与第六节“民意”这个词藏着什么，民意到底在量什么？第二，第三节至第五节选票、代表制、公共讨论的旧图景为什么有道理？第三，第八节至第十节多数为什么算数，制度是凝固的主体，做决定的人也是先在的？</w:t>
      </w:r>
    </w:p>
    <w:p>
      <w:pPr>
        <w:pStyle w:val="Heading2"/>
      </w:pPr>
      <w:r>
        <w:t>先答：保留自己的起点</w:t>
      </w:r>
    </w:p>
    <w:p/>
    <w:p/>
    <w:p/>
    <w:p>
      <w:pPr>
        <w:pStyle w:val="Heading2"/>
      </w:pPr>
      <w:r>
        <w:t>读后追问</w:t>
      </w:r>
    </w:p>
    <w:p>
      <w:r>
        <w:t>核对要点：民意默认一群脑子里装着现成意见的公民，选票是很干净的设计；一条流水线写着先后：先有意见、再汇总、再决定（第七节）；多数算数靠的是各自独立（第八节）；制度是凝固的主体；做决定的人同样被当成先在；第十一节说明本章不说什么，本编不评判具体政党、政体和政策。失败条件：把本章读成对民主或某种政体的评判，是没读到位；若能证明各自独立的现成意见是投票的实际来源而不受任何反复交流影响，“民意默认现成公民”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政治：谁在决定</w:t>
      </w:r>
    </w:p>
    <w:p>
      <w:pPr>
        <w:pStyle w:val="Heading1"/>
      </w:pPr>
      <w:r>
        <w:t>21  第21章：三种说法，一个公民</w:t>
      </w:r>
    </w:p>
    <w:p>
      <w:r>
        <w:t>第 21 章　三种说法，一个公民 · 原文：https://sdeuniverses.com/books/m/556/text/#s31</w:t>
      </w:r>
    </w:p>
    <w:p>
      <w:pPr>
        <w:pStyle w:val="Heading2"/>
      </w:pPr>
      <w:r>
        <w:t>带着问读</w:t>
      </w:r>
    </w:p>
    <w:p>
      <w:r>
        <w:t>先想：饭桌上有人怕 AI 操纵舆论，有人想让它定，有人盼它让民主更直接，你和他们有什么共同点？再读第21章：第一，第二节至第四节“AI 在操纵舆论”那一刀与对的一半？第二，第五节至第七节“让算得最准的来定”那一刀切在哪个字上？第三，第八节至第十节“民主可以更直接”切在“直接”上的是什么，三种办法各有什么盲区？</w:t>
      </w:r>
    </w:p>
    <w:p>
      <w:pPr>
        <w:pStyle w:val="Heading2"/>
      </w:pPr>
      <w:r>
        <w:t>先答：保留自己的起点</w:t>
      </w:r>
    </w:p>
    <w:p/>
    <w:p/>
    <w:p/>
    <w:p>
      <w:pPr>
        <w:pStyle w:val="Heading2"/>
      </w:pPr>
      <w:r>
        <w:t>读后追问</w:t>
      </w:r>
    </w:p>
    <w:p>
      <w:r>
        <w:t>核对要点：操纵论怕有人往公民里灌东西，治国论想把意见换成更准的计算，直接论盼把意见更快送到决定处；三种说法共用一个现成的公民（第十一节）；三种说法底下有同一个愿望——公共的事决定得更好；沙发的比方（拐弯那一下）；第十二节让三种说法坐进同一间议事室；不评判任何政体。失败条件：把本章读成替某一种立场站台或否定，是没读到位；若三种办法在不预设“先在的公民”时盲区消失，“共用一个公民”的判断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政治：谁在决定</w:t>
      </w:r>
    </w:p>
    <w:p>
      <w:pPr>
        <w:pStyle w:val="Heading1"/>
      </w:pPr>
      <w:r>
        <w:t>22  第22章：意见是在来回里长出来的</w:t>
      </w:r>
    </w:p>
    <w:p>
      <w:r>
        <w:t>第 22 章　意见是在来回里长出来的 · 原文：https://sdeuniverses.com/books/m/556/text/#s32</w:t>
      </w:r>
    </w:p>
    <w:p>
      <w:pPr>
        <w:pStyle w:val="Heading2"/>
      </w:pPr>
      <w:r>
        <w:t>带着问读</w:t>
      </w:r>
    </w:p>
    <w:p>
      <w:r>
        <w:t>先想：老人对一个小区改建说“不行”，三天后他自己提了个折中办法，这个办法算谁的？再读第22章：第一，第三节至第五节蒲老伯的来回里三条判据各在哪里指得出？第二，第六节与第七节意见是在哪里形成的，“隔开”怎样变成“留底”？第三，第八节至第十一节决策者-AI 怎样过一遍三条，判断义务落在哪三处来回，三种似是而非的复合？</w:t>
      </w:r>
    </w:p>
    <w:p>
      <w:pPr>
        <w:pStyle w:val="Heading2"/>
      </w:pPr>
      <w:r>
        <w:t>先答：保留自己的起点</w:t>
      </w:r>
    </w:p>
    <w:p/>
    <w:p/>
    <w:p/>
    <w:p>
      <w:pPr>
        <w:pStyle w:val="Heading2"/>
      </w:pPr>
      <w:r>
        <w:t>读后追问</w:t>
      </w:r>
    </w:p>
    <w:p>
      <w:r>
        <w:t>核对要点：柳湾社区是构想；意见不是带进会场的现成货；各自独立的保障从“隔开”换成“留底”；召集人曲建平那一边也要过三条；判断的义务落在问的人、审的人、签的人手上，一处也不能空；三种似是而非的复合是伪复合在议事场合的样子。失败条件：把本章读成“AI 可以代替议事”，是没读到位；若判断义务出现无人认的空档，该来回就不算复合主体诞生；若意见在来回前后看不出任何变化，本章判断就要收回。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政治：谁在决定</w:t>
      </w:r>
    </w:p>
    <w:p>
      <w:pPr>
        <w:pStyle w:val="Heading1"/>
      </w:pPr>
      <w:r>
        <w:t>23  第23章：重新问：谁在决定，谁来认账</w:t>
      </w:r>
    </w:p>
    <w:p>
      <w:r>
        <w:t>第 23 章　重新问：谁在决定，谁来认账 · 原文：https://sdeuniverses.com/books/m/556/text/#s33</w:t>
      </w:r>
    </w:p>
    <w:p>
      <w:pPr>
        <w:pStyle w:val="Heading2"/>
      </w:pPr>
      <w:r>
        <w:t>带着问读</w:t>
      </w:r>
    </w:p>
    <w:p>
      <w:r>
        <w:t>先想：一年以后，柳湾的议事会还像从前吗？先改的是规矩，还是问法？再读第23章：第一，第二节与第三节为什么要先问谁再谈制度，国家的三面是什么？第二，第四节与第五节整齐为什么不一定是稳，四问卡的四个问句是什么？第三，第六节至第十节公共服务怎样从一刀切到谱系，新活儿，为什么从小地方试，什么会推翻这一编？</w:t>
      </w:r>
    </w:p>
    <w:p>
      <w:pPr>
        <w:pStyle w:val="Heading2"/>
      </w:pPr>
      <w:r>
        <w:t>先答：保留自己的起点</w:t>
      </w:r>
    </w:p>
    <w:p/>
    <w:p/>
    <w:p/>
    <w:p>
      <w:pPr>
        <w:pStyle w:val="Heading2"/>
      </w:pPr>
      <w:r>
        <w:t>读后追问</w:t>
      </w:r>
    </w:p>
    <w:p>
      <w:r>
        <w:t>核对要点：顺序：先问谁，再谈制度；国家三属性只转述大意；四问卡：判错的人是谁、他独立于被判的人吗、他的判断能变成改变吗、他有期限吗；公共服务从统一性政策走向谱系化；例子总是社区、乡镇、小区议事会；本编只给分析框架，不评判具体政党与政体；别处不可照抄（第十二节）。失败条件：把本章读成政策主张，是没读到位；若四问卡在大量安排上无法答出而这些安排运转良好，其判据价值就要收回；第十节列出推翻本编的条件。</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法律：谁来负责</w:t>
      </w:r>
    </w:p>
    <w:p>
      <w:pPr>
        <w:pStyle w:val="Heading1"/>
      </w:pPr>
      <w:r>
        <w:t>24  第24章：责任要找一个名字</w:t>
      </w:r>
    </w:p>
    <w:p>
      <w:r>
        <w:t>第 24 章　责任要找一个名字 · 原文：https://sdeuniverses.com/books/m/556/text/#s35</w:t>
      </w:r>
    </w:p>
    <w:p>
      <w:pPr>
        <w:pStyle w:val="Heading2"/>
      </w:pPr>
      <w:r>
        <w:t>带着问读</w:t>
      </w:r>
    </w:p>
    <w:p>
      <w:r>
        <w:t>先想：合同改了三处，到底谁该为这几处负责？再读第24章：第一，第二节至第四节法律最先问的那句话是什么，自然人与法人各是什么？第二，第五节与第六节三问（谁做的、想没想、防没防）是什么，法律早就会处理“长出去的手”？第三，第七节至第十节签字认的是什么，AI 来了三问各松了一扣，本书的判断是什么？</w:t>
      </w:r>
    </w:p>
    <w:p>
      <w:pPr>
        <w:pStyle w:val="Heading2"/>
      </w:pPr>
      <w:r>
        <w:t>先答：保留自己的起点</w:t>
      </w:r>
    </w:p>
    <w:p/>
    <w:p/>
    <w:p/>
    <w:p>
      <w:pPr>
        <w:pStyle w:val="Heading2"/>
      </w:pPr>
      <w:r>
        <w:t>读后追问</w:t>
      </w:r>
    </w:p>
    <w:p>
      <w:r>
        <w:t>核对要点：法律最先问“谁”，不是“对不对”；自然人责任长在一个身子上，法人是一个“我们”也要有名字；三问：谁做的、想没想、防没防；法律早已处理代理、雇佣等“长出去的手”；签字认的是“这句我认”；本书的判断：别急着给机器一个名字，先看那条线。不构成法律意见。失败条件：把本章读成法律意见，或读成“AI 不该有任何法律地位”，是没读到位；若三问在引入 AI 后一切照旧、无需新的难题，“三问各松了一扣”就要收回。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法律：谁来负责</w:t>
      </w:r>
    </w:p>
    <w:p>
      <w:pPr>
        <w:pStyle w:val="Heading1"/>
      </w:pPr>
      <w:r>
        <w:t>25  第25章：三种说法，争的是同一张户口</w:t>
      </w:r>
    </w:p>
    <w:p>
      <w:r>
        <w:t>第 25 章　三种说法，争的是同一张户口 · 原文：https://sdeuniverses.com/books/m/556/text/#s36</w:t>
      </w:r>
    </w:p>
    <w:p>
      <w:pPr>
        <w:pStyle w:val="Heading2"/>
      </w:pPr>
      <w:r>
        <w:t>带着问读</w:t>
      </w:r>
    </w:p>
    <w:p>
      <w:r>
        <w:t>先想：新闻里争“AI 算不算法律主体”，争的其实是把账放哪里？再读第25章：第一，第三节至第五节“AI 不是法律主体”的那一刀与对的一半？第二，第六节至第八节“AI 应该有法律人格”为什么是给不单独存在的东西立户口？第三，第九节至第十一节“谁用谁负责”的“用”字为什么不再是一个人的动作，三家共同的地基是什么？</w:t>
      </w:r>
    </w:p>
    <w:p>
      <w:pPr>
        <w:pStyle w:val="Heading2"/>
      </w:pPr>
      <w:r>
        <w:t>先答：保留自己的起点</w:t>
      </w:r>
    </w:p>
    <w:p/>
    <w:p/>
    <w:p/>
    <w:p>
      <w:pPr>
        <w:pStyle w:val="Heading2"/>
      </w:pPr>
      <w:r>
        <w:t>读后追问</w:t>
      </w:r>
    </w:p>
    <w:p>
      <w:r>
        <w:t>核对要点：第一刀：“只是工具”把账本又合上了；第二刀：给并不单独存在的东西立户口；第三刀：“用”已经不是一个人的动作；第三种对的一半是必须有人认；三家共同的地基是都在争责任放左手还是右手，而左右两手都不是先在的；该问的是来回里每一处谁说的、谁采纳的、谁认了。失败条件：把本章读成对任何一种法律立场的裁决，是没读到位；若能证明三种说法都不依赖“先在的主体”这一前提，“争同一张户口”就要收回。不构成法律意见。</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法律：谁来负责</w:t>
      </w:r>
    </w:p>
    <w:p>
      <w:pPr>
        <w:pStyle w:val="Heading1"/>
      </w:pPr>
      <w:r>
        <w:t>26  第26章：一场押金官司里的三个角色</w:t>
      </w:r>
    </w:p>
    <w:p>
      <w:r>
        <w:t>第 26 章　一场押金官司里的三个角色 · 原文：https://sdeuniverses.com/books/m/556/text/#s37</w:t>
      </w:r>
    </w:p>
    <w:p>
      <w:pPr>
        <w:pStyle w:val="Heading2"/>
      </w:pPr>
      <w:r>
        <w:t>带着问读</w:t>
      </w:r>
    </w:p>
    <w:p>
      <w:r>
        <w:t>先想：一场退租押金的小官司，里面的证据、合同和“意思”是怎样形成的？再读第26章：第一，第三节与第四节当事人-AI 的第一次来回是什么，三条判据怎样一条条对？第二，第五节与第六节律师-AI 的功夫怎样从读卷子搬到问和认，法官-AI 的慎重处在哪里？第三，第七节至第九节证据、合同、意思怎样在来回里长出来，对面也有一个，作品的署名与知识产权认在哪里？</w:t>
      </w:r>
    </w:p>
    <w:p>
      <w:pPr>
        <w:pStyle w:val="Heading2"/>
      </w:pPr>
      <w:r>
        <w:t>先答：保留自己的起点</w:t>
      </w:r>
    </w:p>
    <w:p/>
    <w:p/>
    <w:p/>
    <w:p>
      <w:pPr>
        <w:pStyle w:val="Heading2"/>
      </w:pPr>
      <w:r>
        <w:t>读后追问</w:t>
      </w:r>
    </w:p>
    <w:p>
      <w:r>
        <w:t>核对要点：方晓岚的小官司是构想；律师-AI 的功夫从读卷子搬到问和认；法官-AI 的慎重处是理由要有人认；证据、合同、同意都是在来回里长出来的；对面（房东）也有 AI；法律认的是来回之后那一句“我认”；不构成法律意见，不评判具体司法制度。失败条件：把本章读成“AI 可以做法官”，是没读到位；若法官-AI 的理由无人认也被接受，该来回就不合格；若证据与意思始终只能是先于来回的现成物，本章判断要收回。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法律：谁来负责</w:t>
      </w:r>
    </w:p>
    <w:p>
      <w:pPr>
        <w:pStyle w:val="Heading1"/>
      </w:pPr>
      <w:r>
        <w:t>27  第27章：重新问：责任记在哪一环</w:t>
      </w:r>
    </w:p>
    <w:p>
      <w:r>
        <w:t>第 27 章　重新问：责任记在哪一环 · 原文：https://sdeuniverses.com/books/m/556/text/#s38</w:t>
      </w:r>
    </w:p>
    <w:p>
      <w:pPr>
        <w:pStyle w:val="Heading2"/>
      </w:pPr>
      <w:r>
        <w:t>带着问读</w:t>
      </w:r>
    </w:p>
    <w:p>
      <w:r>
        <w:t>先想：一份出了错的报告，责任只能记在“一个人”名下吗？再读第27章：第一，第二节与第三节责任的单位为什么要从“一个人”换成“一串来回”，责任链有哪几环（提出、生成、核对、采用、签发、使用）？第二，第四节与第五节可追溯的来回记录留什么、不留什么，认账位置是什么？第三，第六节至第九节适用条件为什么不能偷偷删，新行当（鉴定与审计），法律要重新问什么，什么不变？</w:t>
      </w:r>
    </w:p>
    <w:p>
      <w:pPr>
        <w:pStyle w:val="Heading2"/>
      </w:pPr>
      <w:r>
        <w:t>先答：保留自己的起点</w:t>
      </w:r>
    </w:p>
    <w:p/>
    <w:p/>
    <w:p/>
    <w:p>
      <w:pPr>
        <w:pStyle w:val="Heading2"/>
      </w:pPr>
      <w:r>
        <w:t>读后追问</w:t>
      </w:r>
    </w:p>
    <w:p>
      <w:r>
        <w:t>核对要点：老舒的责任链六环：提出、生成、核对、采用、签发、使用；每一环问谁做的、凭什么、能否退回；那家企业的空档在核对与签发之间，三个人把核对推给另外两个人；封装可以，条件不能偷偷删；新行当是待验猜想；法律的主语要换，本书只把问题作为待验提出；不构成法律意见。失败条件：把本章读成现成的归责方案，是没读到位；若一串来回无法在事后追溯、认账位置找不出，则该责任链不成立；若单个行为人仍足以无余数地归责，“责任单位要换”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医疗：谁在看病</w:t>
      </w:r>
    </w:p>
    <w:p>
      <w:pPr>
        <w:pStyle w:val="Heading1"/>
      </w:pPr>
      <w:r>
        <w:t>28  第28章：诊断权在谁手上</w:t>
      </w:r>
    </w:p>
    <w:p>
      <w:r>
        <w:t>第 28 章　诊断权在谁手上 · 原文：https://sdeuniverses.com/books/m/556/text/#s40</w:t>
      </w:r>
    </w:p>
    <w:p>
      <w:pPr>
        <w:pStyle w:val="Heading2"/>
      </w:pPr>
      <w:r>
        <w:t>带着问读</w:t>
      </w:r>
    </w:p>
    <w:p>
      <w:r>
        <w:t>先想：你拿着体检单进诊室，是你在看病，还是你们在看病？再读第28章：第一，第二节与第三节诊室里坐着两个成品，诊断权是怎样攒起来的？第二，第四节与第五节病是一个人的事，诊断是归类，这两个默认是什么？第三，第七节至第十一节机器进来晃的是什么，医生的手感搬得走吗，医生剩下什么，被省略的第三者是谁？</w:t>
      </w:r>
    </w:p>
    <w:p>
      <w:pPr>
        <w:pStyle w:val="Heading2"/>
      </w:pPr>
      <w:r>
        <w:t>先答：保留自己的起点</w:t>
      </w:r>
    </w:p>
    <w:p/>
    <w:p/>
    <w:p/>
    <w:p>
      <w:pPr>
        <w:pStyle w:val="Heading2"/>
      </w:pPr>
      <w:r>
        <w:t>读后追问</w:t>
      </w:r>
    </w:p>
    <w:p>
      <w:r>
        <w:t>核对要点：诊断权不是放在医生口袋里的东西，是一张网；两个成品对坐（医生带本事，病人带病）；病是一个人的事，诊断是归类；医患之间的老争论医学自己看到了（第六节）；机器进来最先晃的是第一个约定；被省略的第三者类似“我切菜”省略了刀；不构成医疗建议。失败条件：把本章读成“医生将被取代”或对医疗体系的评判，是没读到位；若机器进来后诊疗各环仍可无余数地记在医生或病人名下，“两个成品”的晃动就要收回。不构成医疗建议。</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医疗：谁在看病</w:t>
      </w:r>
    </w:p>
    <w:p>
      <w:pPr>
        <w:pStyle w:val="Heading1"/>
      </w:pPr>
      <w:r>
        <w:t>29  第29章：三种说法错在哪一刀</w:t>
      </w:r>
    </w:p>
    <w:p>
      <w:r>
        <w:t>第 29 章　三种说法错在哪一刀 · 原文：https://sdeuniverses.com/books/m/556/text/#s41</w:t>
      </w:r>
    </w:p>
    <w:p>
      <w:pPr>
        <w:pStyle w:val="Heading2"/>
      </w:pPr>
      <w:r>
        <w:t>带着问读</w:t>
      </w:r>
    </w:p>
    <w:p>
      <w:r>
        <w:t>先想：寝室里有人说“AI 医生以后会替代医生”，另一个说“只是辅助”，你信哪个？再读第29章：第一，第二节至第四节“AI 医生替代医生”那一刀落在它的计算方式上，对的一半是什么？第二，第五节至第七节“辅助诊断”那一刀藏在“辅”字里，对的一半是“有人签字”？第三，第八节至第十节“不能担责所以只能辅助”挖了哪一层，为什么说它把担责当成先在的属性？</w:t>
      </w:r>
    </w:p>
    <w:p>
      <w:pPr>
        <w:pStyle w:val="Heading2"/>
      </w:pPr>
      <w:r>
        <w:t>先答：保留自己的起点</w:t>
      </w:r>
    </w:p>
    <w:p/>
    <w:p/>
    <w:p/>
    <w:p>
      <w:pPr>
        <w:pStyle w:val="Heading2"/>
      </w:pPr>
      <w:r>
        <w:t>读后追问</w:t>
      </w:r>
    </w:p>
    <w:p>
      <w:r>
        <w:t>核对要点：替代论把医生当成本事清单；辅助论的“辅”字里藏着单行道，但保住了有人签字；担责论保住了责任必须有处可去，却把“能不能担责”当成一次判定终身有效的先在属性；三种说法共享的默认：医生、机器、病人是三个各自完整的成品；同一份报告三种读法（第十一节）；三种说法都在事情发生之后才谈怎么安排（第十二节）。失败条件：把本章读成替某一种立场背书，是没读到位；若证明担责确实可由一次判定终身有效，“担责论把担责当先在属性”就要收回。不构成医疗建议。</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医疗：谁在看病</w:t>
      </w:r>
    </w:p>
    <w:p>
      <w:pPr>
        <w:pStyle w:val="Heading1"/>
      </w:pPr>
      <w:r>
        <w:t>30  第30章：医生-AI 与病人-AI</w:t>
      </w:r>
    </w:p>
    <w:p>
      <w:r>
        <w:t>第 30 章　医生-AI 与病人-AI · 原文：https://sdeuniverses.com/books/m/556/text/#s42</w:t>
      </w:r>
    </w:p>
    <w:p>
      <w:pPr>
        <w:pStyle w:val="Heading2"/>
      </w:pPr>
      <w:r>
        <w:t>带着问读</w:t>
      </w:r>
    </w:p>
    <w:p>
      <w:r>
        <w:t>先想：病人带着手表数据和与 AI 的问答走进诊室，医生的下一个问题因此变了吗？再读第30章：第一，第二节与第三节先看一次来回里三条判据各在哪，病人带来的是病还是一本账？第二，第五节与第六节两个复合体怎样对账，三种假复合是什么？第三，第七节至第十一节病名怎样从医生的名字走向病人的名字，“我的基线”，病友群的启示，医生的新手艺，病人-AI 的风险？</w:t>
      </w:r>
    </w:p>
    <w:p>
      <w:pPr>
        <w:pStyle w:val="Heading2"/>
      </w:pPr>
      <w:r>
        <w:t>先答：保留自己的起点</w:t>
      </w:r>
    </w:p>
    <w:p/>
    <w:p/>
    <w:p/>
    <w:p>
      <w:pPr>
        <w:pStyle w:val="Heading2"/>
      </w:pPr>
      <w:r>
        <w:t>读后追问</w:t>
      </w:r>
    </w:p>
    <w:p>
      <w:r>
        <w:t>核对要点：程远带着手表数据进诊室是构想；病人带来的是一本账；两个复合体对账；病名走向病人的名字，“我的基线”是自己和自己比；病友群是民间自发出现的先例；医生的新手艺；病人-AI 也会出错（第十一节）；本章不构成医疗建议，也不替任何具体产品背书。失败条件：把本章读成鼓励自行诊断，是没读到位；若病人-AI 的来回不改变医生的下一步、结果不改下一次起点、错了无人认，就不算复合主体诞生。不构成医疗建议。</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医疗：谁在看病</w:t>
      </w:r>
    </w:p>
    <w:p>
      <w:pPr>
        <w:pStyle w:val="Heading1"/>
      </w:pPr>
      <w:r>
        <w:t>31  第31章：重新问：谁在看病</w:t>
      </w:r>
    </w:p>
    <w:p>
      <w:r>
        <w:t>第 31 章　重新问：谁在看病 · 原文：https://sdeuniverses.com/books/m/556/text/#s43</w:t>
      </w:r>
    </w:p>
    <w:p>
      <w:pPr>
        <w:pStyle w:val="Heading2"/>
      </w:pPr>
      <w:r>
        <w:t>带着问读</w:t>
      </w:r>
    </w:p>
    <w:p>
      <w:r>
        <w:t>先想：一摞“在正常范围”的体检单，为什么还是不放心？再读第31章：第一，第二节与第三节旧问法与新问法并排是什么，从标准病到个体病是什么？第二，第四节与第五节看病的单位怎样从一次门诊变成一条线，个人健康谱系的维护是什么新行当？第三，第六节至第九节诊疗责任怎样重新划分，代价与风险，统一性的底座为什么不能拆，医生这一行将长成什么样？</w:t>
      </w:r>
    </w:p>
    <w:p>
      <w:pPr>
        <w:pStyle w:val="Heading2"/>
      </w:pPr>
      <w:r>
        <w:t>先答：保留自己的起点</w:t>
      </w:r>
    </w:p>
    <w:p/>
    <w:p/>
    <w:p/>
    <w:p>
      <w:pPr>
        <w:pStyle w:val="Heading2"/>
      </w:pPr>
      <w:r>
        <w:t>读后追问</w:t>
      </w:r>
    </w:p>
    <w:p>
      <w:r>
        <w:t>核对要点：看病的单位从一次门诊换成一条有来路、有人认账的线；个人健康谱系的维护是待验的新行当；统一性的底座（药品底线、标准）不能拆，不分叉；系统不替人做医疗上的决定；代价与风险要老实摆出（第七节）；第十节列出可被推翻的猜想；不构成医疗建议。失败条件：把本章读成取消标准病或医疗标准，是没读到位；若线的做法在责任无人认、底线被拆的情形下仍被采纳，本章判断要收回；第十节的猜想一旦被证伪即按所写撤回。不构成医疗建议。</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科研：谁在发现</w:t>
      </w:r>
    </w:p>
    <w:p>
      <w:pPr>
        <w:pStyle w:val="Heading1"/>
      </w:pPr>
      <w:r>
        <w:t>32  第32章：科学家与科学共同体</w:t>
      </w:r>
    </w:p>
    <w:p>
      <w:r>
        <w:t>第 32 章　科学家与科学共同体 · 原文：https://sdeuniverses.com/books/m/556/text/#s45</w:t>
      </w:r>
    </w:p>
    <w:p>
      <w:pPr>
        <w:pStyle w:val="Heading2"/>
      </w:pPr>
      <w:r>
        <w:t>带着问读</w:t>
      </w:r>
    </w:p>
    <w:p>
      <w:r>
        <w:t>先想：一份申请书写了三遍，署名一栏每次都在问同一句话：这是谁发现的？再读第32章：第一，第二节至第四节署名是一句什么话，发现者的画面是怎样立起来的？第二，第五节与第六节第二个先在者（共同体）是什么，两根柱子怎样互相撑着？第三，第九节至第十一节大厦靠两个默认立着，三次工具革命里大厦为什么没动，冲击为什么不先落在实验室？</w:t>
      </w:r>
    </w:p>
    <w:p>
      <w:pPr>
        <w:pStyle w:val="Heading2"/>
      </w:pPr>
      <w:r>
        <w:t>先答：保留自己的起点</w:t>
      </w:r>
    </w:p>
    <w:p/>
    <w:p/>
    <w:p/>
    <w:p>
      <w:pPr>
        <w:pStyle w:val="Heading2"/>
      </w:pPr>
      <w:r>
        <w:t>读后追问</w:t>
      </w:r>
    </w:p>
    <w:p>
      <w:r>
        <w:t>核对要点：科研大厦立在两个现成的东西上：一位发现者、一群认证的人；学生是怎样被记账的（第七节）；制度几乎都照这两根柱子设（第八节）；望远镜、显微镜、计算机没有动过大厦；冲击不先落在实验室，而落在“谁在发现”这个默认。失败条件：把本章读成对科学共同体的否定，是没读到位；若能证明发现者与共同体都不是现成的、此前已被科研制度明确地当作发生出来的东西，本章判断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科研：谁在发现</w:t>
      </w:r>
    </w:p>
    <w:p>
      <w:pPr>
        <w:pStyle w:val="Heading1"/>
      </w:pPr>
      <w:r>
        <w:t>33  第33章：三种说法错在哪一刀</w:t>
      </w:r>
    </w:p>
    <w:p>
      <w:r>
        <w:t>第 33 章　三种说法错在哪一刀 · 原文：https://sdeuniverses.com/books/m/556/text/#s46</w:t>
      </w:r>
    </w:p>
    <w:p>
      <w:pPr>
        <w:pStyle w:val="Heading2"/>
      </w:pPr>
      <w:r>
        <w:t>带着问读</w:t>
      </w:r>
    </w:p>
    <w:p>
      <w:r>
        <w:t>先想：“AI 抢了数学家的饭碗”“AI 是加速器”“AI 的论文该拒收”，三句话里，机器和科学家各被当成什么？再读第33章：第一，第二节至第四节饭碗论里的年轻人是谁，那一刀把科学家当成了什么？第二，第五节至第七节加速器论把路和跑道都当成不动的，三种增益（任务、迁移、发生）是什么？第三，第八节至第十节拒收论背后站着谁，想把人和机器分开验错在哪？</w:t>
      </w:r>
    </w:p>
    <w:p>
      <w:pPr>
        <w:pStyle w:val="Heading2"/>
      </w:pPr>
      <w:r>
        <w:t>先答：保留自己的起点</w:t>
      </w:r>
    </w:p>
    <w:p/>
    <w:p/>
    <w:p/>
    <w:p>
      <w:pPr>
        <w:pStyle w:val="Heading2"/>
      </w:pPr>
      <w:r>
        <w:t>读后追问</w:t>
      </w:r>
    </w:p>
    <w:p>
      <w:r>
        <w:t>核对要点：饭碗论把科学家当成会做题的人；加速器论把路和跑道当成不动的，且没分开三种增益：任务增益、迁移增益、发生增益；拒收论想把人和机器分开验，是图谋在旧地基上量；三种说法共享的根是：把一场正在发生的来回当成两个现成的人和物（第十一节）。失败条件：把本章读成“AI 论文都该收”或“都该拒”，是没读到位；若三种增益能被同一类证据互相担保，“不能用一种证据担保另两种”就要收回。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科研：谁在发现</w:t>
      </w:r>
    </w:p>
    <w:p>
      <w:pPr>
        <w:pStyle w:val="Heading1"/>
      </w:pPr>
      <w:r>
        <w:t>34  第34章：科学家-AI 的诞生</w:t>
      </w:r>
    </w:p>
    <w:p>
      <w:r>
        <w:t>第 34 章　科学家-AI 的诞生 · 原文：https://sdeuniverses.com/books/m/556/text/#s47</w:t>
      </w:r>
    </w:p>
    <w:p>
      <w:pPr>
        <w:pStyle w:val="Heading2"/>
      </w:pPr>
      <w:r>
        <w:t>带着问读</w:t>
      </w:r>
    </w:p>
    <w:p>
      <w:r>
        <w:t>先想：凌晨一点，实验数据出了偏差，你和机器来回了一个小时，之后查的方向是谁定的？再读第34章：第一，第二节至第四节一个小时的来回里新主体出来了没有，方知远那一页对一遍？第二，第五节至第七节三种伪复合，典范里的解谜被整层接走是什么意思，人被逼上哪一层？第三，第十节与第十一节为什么冲击首先落在数学上，导师和学生怎么办？</w:t>
      </w:r>
    </w:p>
    <w:p>
      <w:pPr>
        <w:pStyle w:val="Heading2"/>
      </w:pPr>
      <w:r>
        <w:t>先答：保留自己的起点</w:t>
      </w:r>
    </w:p>
    <w:p/>
    <w:p/>
    <w:p/>
    <w:p>
      <w:pPr>
        <w:pStyle w:val="Heading2"/>
      </w:pPr>
      <w:r>
        <w:t>读后追问</w:t>
      </w:r>
    </w:p>
    <w:p>
      <w:r>
        <w:t>核对要点：三条判据对实验室例子与数学例子各对一遍；典范内的解谜被整层接管，人被逼上一层：让典范发生；展开便宜带来换皮与回音室两个危险（第八节）；科学家-AI 不是更强的发动者（第九节）；冲击首先落在数学上，与第 457 号专著相接；导师的位置要重想。失败条件：把本章读成“科学家被取代”，是没读到位；若数学家的工作并未因机器的整层接管而上移，或来回中的偏差始终由单一方定夺，“科学家-AI 已诞生”要收回。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科研：谁在发现</w:t>
      </w:r>
    </w:p>
    <w:p>
      <w:pPr>
        <w:pStyle w:val="Heading1"/>
      </w:pPr>
      <w:r>
        <w:t>35  第35章：重新问：谁在发现，谁来认证</w:t>
      </w:r>
    </w:p>
    <w:p>
      <w:r>
        <w:t>第 35 章　重新问：谁在发现，谁来认证 · 原文：https://sdeuniverses.com/books/m/556/text/#s48</w:t>
      </w:r>
    </w:p>
    <w:p>
      <w:pPr>
        <w:pStyle w:val="Heading2"/>
      </w:pPr>
      <w:r>
        <w:t>带着问读</w:t>
      </w:r>
    </w:p>
    <w:p>
      <w:r>
        <w:t>先想：一篇发表了的论文，等于认证了吗？再读第35章：第一，第二节与第三节旧问法与新问法怎样换，统一性知识为什么退成水电？第二，第四节与第六节系统认证与部落认证各是什么，高铁的安全是谁点的头？第三，第七节至第十节发表与认证为什么分家，教室里的变化，评价与职称的旧账，本编自认的弱点？</w:t>
      </w:r>
    </w:p>
    <w:p>
      <w:pPr>
        <w:pStyle w:val="Heading2"/>
      </w:pPr>
      <w:r>
        <w:t>先答：保留自己的起点</w:t>
      </w:r>
    </w:p>
    <w:p/>
    <w:p/>
    <w:p/>
    <w:p>
      <w:pPr>
        <w:pStyle w:val="Heading2"/>
      </w:pPr>
      <w:r>
        <w:t>读后追问</w:t>
      </w:r>
    </w:p>
    <w:p>
      <w:r>
        <w:t>核对要点：统一性知识退成水电；系统认证（如高铁安全）与部落认证（用出来就是认证）分设；同一性的知识就地发生（第五节）；发表与认证分家，记账最后变；统一性退为基础，最先感觉到的地方是教室；第十节本编自认的几处弱点；与第 458 号专著相接。失败条件：把本章读成“期刊和同行评议都该取消”，是没读到位；若统一性知识并未退为基础而学历职称稀缺价值持续上升，“统一性退位为基础性”要收回（附录三第六条）。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第九编 · 出版与媒体：谁在说话</w:t>
      </w:r>
    </w:p>
    <w:p>
      <w:pPr>
        <w:pStyle w:val="Heading1"/>
      </w:pPr>
      <w:r>
        <w:t>36  第36章：作者、编辑与记者</w:t>
      </w:r>
    </w:p>
    <w:p>
      <w:r>
        <w:t>第 36 章　作者、编辑与记者 · 原文：https://sdeuniverses.com/books/m/556/text/#s50</w:t>
      </w:r>
    </w:p>
    <w:p>
      <w:pPr>
        <w:pStyle w:val="Heading2"/>
      </w:pPr>
      <w:r>
        <w:t>带着问读</w:t>
      </w:r>
    </w:p>
    <w:p>
      <w:r>
        <w:t>先想：第四十七份来稿，责编先问的是内容，还是“这是谁写的”？再读第36章：第一，第二节至第五节署名、原创、编辑、记者各默认什么？第二，第六节与第七节三道门为什么是一个默认，默认怎样写进合同？第三，第九节至第十一节为什么别急着问“是人写的还是机器写的”，门外的读者，三道门怎样同时松？</w:t>
      </w:r>
    </w:p>
    <w:p>
      <w:pPr>
        <w:pStyle w:val="Heading2"/>
      </w:pPr>
      <w:r>
        <w:t>先答：保留自己的起点</w:t>
      </w:r>
    </w:p>
    <w:p/>
    <w:p/>
    <w:p/>
    <w:p>
      <w:pPr>
        <w:pStyle w:val="Heading2"/>
      </w:pPr>
      <w:r>
        <w:t>读后追问</w:t>
      </w:r>
    </w:p>
    <w:p>
      <w:r>
        <w:t>核对要点：出版这一行建在一位有名字、可追问的先在说话者身上；署名、原创、把关是同一块地基上的三扇门；这块地基有道理，在特定条件下（第八节）；“几成是机器”仍在旧地基上量东西；换成问法：这段话在怎样的来回里长成，出了错这个来回里谁认；读者也是被默认的。失败条件：把本章读成否定署名和原创，是没读到位；若能用探测器分清人与机器的部分就足以判定稿件该不该发，“别问几成是机器”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第九编 · 出版与媒体：谁在说话</w:t>
      </w:r>
    </w:p>
    <w:p>
      <w:pPr>
        <w:pStyle w:val="Heading1"/>
      </w:pPr>
      <w:r>
        <w:t>37  第37章：三种说法</w:t>
      </w:r>
    </w:p>
    <w:p>
      <w:r>
        <w:t>第 37 章　三种说法 · 原文：https://sdeuniverses.com/books/m/556/text/#s51</w:t>
      </w:r>
    </w:p>
    <w:p>
      <w:pPr>
        <w:pStyle w:val="Heading2"/>
      </w:pPr>
      <w:r>
        <w:t>带着问读</w:t>
      </w:r>
    </w:p>
    <w:p>
      <w:r>
        <w:t>先想：半夜里删掉的那一行字，是因为怕被说“用 AI 写作是作弊”吗？再读第37章：第一，第二节至第四节“用 AI 写作是作弊”把哪两件事装进一个词，对的一半是什么？第二，第五节至第七节“作者已死”为什么杀了作者却没碰那块地？第三，第八节至第十节“内容洪水淹没一切”的传单比方，对的一半是什么？</w:t>
      </w:r>
    </w:p>
    <w:p>
      <w:pPr>
        <w:pStyle w:val="Heading2"/>
      </w:pPr>
      <w:r>
        <w:t>先答：保留自己的起点</w:t>
      </w:r>
    </w:p>
    <w:p/>
    <w:p/>
    <w:p/>
    <w:p>
      <w:pPr>
        <w:pStyle w:val="Heading2"/>
      </w:pPr>
      <w:r>
        <w:t>读后追问</w:t>
      </w:r>
    </w:p>
    <w:p>
      <w:r>
        <w:t>核对要点：第一种把两件不同的事装进“作弊”一个词；第二种杀了作者却没有碰地基；第三种用信箱传单的比方：数量超过能读的量，并不等于被淹没；三种说法的同一个病：吵“这段话是谁的”，共享一个先在的说话者（第十一节）；三种各有对的一半，一样都不能丢。失败条件：把本章读成“AI 写作没有任何问题”，是没读到位；若三种说法不依赖先在的说话者仍能自洽，“同一个病”要收回。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第九编 · 出版与媒体：谁在说话</w:t>
      </w:r>
    </w:p>
    <w:p>
      <w:pPr>
        <w:pStyle w:val="Heading1"/>
      </w:pPr>
      <w:r>
        <w:t>38  第38章：作者-AI 与读者-AI</w:t>
      </w:r>
    </w:p>
    <w:p>
      <w:r>
        <w:t>第 38 章　作者-AI 与读者-AI · 原文：https://sdeuniverses.com/books/m/556/text/#s52</w:t>
      </w:r>
    </w:p>
    <w:p>
      <w:pPr>
        <w:pStyle w:val="Heading2"/>
      </w:pPr>
      <w:r>
        <w:t>带着问读</w:t>
      </w:r>
    </w:p>
    <w:p>
      <w:r>
        <w:t>先想：一位老人替母亲写冬天的回忆，机器写错了一个细节，他改了，之后发生的算谁写的？再读第38章：第一，第二节与第三节指得出哪几个来回，这为什么不是代笔？第二，第四节与第五节读者-AI 是什么，复合体文学是什么？第三，第六节至第九节作弊感从哪来，荣耀怎样从真与善搬到美，署名就是认账，专著怎样从果子型到发生型？</w:t>
      </w:r>
    </w:p>
    <w:p>
      <w:pPr>
        <w:pStyle w:val="Heading2"/>
      </w:pPr>
      <w:r>
        <w:t>先答：保留自己的起点</w:t>
      </w:r>
    </w:p>
    <w:p/>
    <w:p/>
    <w:p/>
    <w:p>
      <w:pPr>
        <w:pStyle w:val="Heading2"/>
      </w:pPr>
      <w:r>
        <w:t>读后追问</w:t>
      </w:r>
    </w:p>
    <w:p>
      <w:r>
        <w:t>核对要点：机器写错母亲的细节，作者更正，孙女的追问回到作者这里进了下一版；作者-AI 与读者-AI 构成连续的过程；作弊感每遇新工具出现一次，荣耀搬家到美；署名从“这是我独自创造的”换成“这个来回，我认账”；读者也要认账（第十节）；三种伪复合（第十一节）。失败条件：把本章读成“署名无所谓”，是没读到位；若找不到任何一处三条判据同时指得出的写作来回，“作者-AI 已诞生”要收回。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第九编 · 出版与媒体：谁在说话</w:t>
      </w:r>
    </w:p>
    <w:p>
      <w:pPr>
        <w:pStyle w:val="Heading1"/>
      </w:pPr>
      <w:r>
        <w:t>39  第39章：重新问：谁在说话、谁可信</w:t>
      </w:r>
    </w:p>
    <w:p>
      <w:r>
        <w:t>第 39 章　重新问：谁在说话、谁可信 · 原文：https://sdeuniverses.com/books/m/556/text/#s53</w:t>
      </w:r>
    </w:p>
    <w:p>
      <w:pPr>
        <w:pStyle w:val="Heading2"/>
      </w:pPr>
      <w:r>
        <w:t>带着问读</w:t>
      </w:r>
    </w:p>
    <w:p>
      <w:r>
        <w:t>先想：一份贴在电梯里的小报，你凭什么信它？再读第39章：第一，第三节与第四节出版的五件事是什么，为什么要从公共平台走向个人知识发生系统？第二，第五节与第六节搬家为什么不是转移，公共平台的新位置在哪？第三，第七节至第九节信任为什么落在认账的位置，新行当，媒体怎样从统一议程到谱系议程？</w:t>
      </w:r>
    </w:p>
    <w:p>
      <w:pPr>
        <w:pStyle w:val="Heading2"/>
      </w:pPr>
      <w:r>
        <w:t>先答：保留自己的起点</w:t>
      </w:r>
    </w:p>
    <w:p/>
    <w:p/>
    <w:p/>
    <w:p>
      <w:pPr>
        <w:pStyle w:val="Heading2"/>
      </w:pPr>
      <w:r>
        <w:t>读后追问</w:t>
      </w:r>
    </w:p>
    <w:p>
      <w:r>
        <w:t>核对要点：出版捆着五件事；认证搬家，一头是统一性的知识，一头是带个人土壤的知识；搬家不是转移，公共平台不会消失；信任落在认账的位置；新行当是待验方向；媒体从统一议程走向谱系议程；第十一节把没有把握的也摆出来；与第 553 号专著相接。失败条件：把本章读成“传统媒体将被取代”，是没读到位；若信任仍主要由署名者的名望而非认账位置与来路决定，“信任落在认账的位置”要收回。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第十编 · 企业管理：谁在做事</w:t>
      </w:r>
    </w:p>
    <w:p>
      <w:pPr>
        <w:pStyle w:val="Heading1"/>
      </w:pPr>
      <w:r>
        <w:t>40  第40章：一把现成的椅子</w:t>
      </w:r>
    </w:p>
    <w:p>
      <w:r>
        <w:t>第 40 章　一把现成的椅子 · 原文：https://sdeuniverses.com/books/m/556/text/#s55</w:t>
      </w:r>
    </w:p>
    <w:p>
      <w:pPr>
        <w:pStyle w:val="Heading2"/>
      </w:pPr>
      <w:r>
        <w:t>带着问读</w:t>
      </w:r>
    </w:p>
    <w:p>
      <w:r>
        <w:t>先想：组织图上的每一格都写着岗位，那把椅子是先于坐的人而在的吗？再读第40章：第一，第二节与第三节管理要解决什么事，泰勒、法约尔、德鲁克各说了什么大意？第二，第四节与第七节那块砖上的三行小字是什么，一行一行怎样松开？第三，第八节至第十节为什么不能“加一行”了事，椅子凝固在哪些纸上，德鲁克松开的那一角？</w:t>
      </w:r>
    </w:p>
    <w:p>
      <w:pPr>
        <w:pStyle w:val="Heading2"/>
      </w:pPr>
      <w:r>
        <w:t>先答：保留自己的起点</w:t>
      </w:r>
    </w:p>
    <w:p/>
    <w:p/>
    <w:p/>
    <w:p>
      <w:pPr>
        <w:pStyle w:val="Heading2"/>
      </w:pPr>
      <w:r>
        <w:t>读后追问</w:t>
      </w:r>
    </w:p>
    <w:p>
      <w:r>
        <w:t>核对要点：岗位是一把现成的椅子，管理整套办法默认人先来、本事在人身上；三位前辈只转述大意；这套办法有对的地方（第五节）；同一个格子两个人是两种东西（第六节）；“在说明书里加一行”不管用；椅子被写进岗位说明书、职级、组织图、绩效表；德鲁克已觉出这块砖松了；椅子也有来历。失败条件：把本章读成对管理学的否定，是没读到位；若在引入机器后岗位说明书加一行就足以描述实际工作，“椅子在松”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第十编 · 企业管理：谁在做事</w:t>
      </w:r>
    </w:p>
    <w:p>
      <w:pPr>
        <w:pStyle w:val="Heading1"/>
      </w:pPr>
      <w:r>
        <w:t>41  第41章：发了工牌的机器</w:t>
      </w:r>
    </w:p>
    <w:p>
      <w:r>
        <w:t>第 41 章　发了工牌的机器 · 原文：https://sdeuniverses.com/books/m/556/text/#s56</w:t>
      </w:r>
    </w:p>
    <w:p>
      <w:pPr>
        <w:pStyle w:val="Heading2"/>
      </w:pPr>
      <w:r>
        <w:t>带着问读</w:t>
      </w:r>
    </w:p>
    <w:p>
      <w:r>
        <w:t>先想：公司给机器发了一张工牌，工牌上缺哪一栏？再读第41章：第一，第二节与第三节“数字员工”说了什么，名字怎样锁住车？第二，第四节与第五节“降本增效”与“会用 AI 的淘汰不会用的”各说了什么？第三，第六节至第十节三种说法共用什么主语，名字背后的预算，工牌上缺的那一栏是什么？</w:t>
      </w:r>
    </w:p>
    <w:p>
      <w:pPr>
        <w:pStyle w:val="Heading2"/>
      </w:pPr>
      <w:r>
        <w:t>先答：保留自己的起点</w:t>
      </w:r>
    </w:p>
    <w:p/>
    <w:p/>
    <w:p/>
    <w:p>
      <w:pPr>
        <w:pStyle w:val="Heading2"/>
      </w:pPr>
      <w:r>
        <w:t>读后追问</w:t>
      </w:r>
    </w:p>
    <w:p>
      <w:r>
        <w:t>核对要点：名字先锁住了车：叫它员工，就拿员工的尺子量它；叫它降本工具，就在旧账上算它；三种说法共用一个主语；本书不是说别谈数字员工与降本增效（第七节）；名字背后是预算（第八节）；工牌上缺的一栏是人和机器之间的来回；老尹的那个问题（第九节）。失败条件：把本章读成反对给 AI 命名或反对降本增效，是没读到位；若叫“员工”并用员工尺子量并不漏掉任何来回，“名字锁住车”要收回。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第十编 · 企业管理：谁在做事</w:t>
      </w:r>
    </w:p>
    <w:p>
      <w:pPr>
        <w:pStyle w:val="Heading1"/>
      </w:pPr>
      <w:r>
        <w:t>42  第42章：桌上的两份补货单</w:t>
      </w:r>
    </w:p>
    <w:p>
      <w:r>
        <w:t>第 42 章　桌上的两份补货单 · 原文：https://sdeuniverses.com/books/m/556/text/#s57</w:t>
      </w:r>
    </w:p>
    <w:p>
      <w:pPr>
        <w:pStyle w:val="Heading2"/>
      </w:pPr>
      <w:r>
        <w:t>带着问读</w:t>
      </w:r>
    </w:p>
    <w:p>
      <w:r>
        <w:t>先想：桌上有两份补货单，一份是机器的，一份是采购员改过的，最终的补货量是谁定的？再读第42章：第一，第二节与第三节橙色冲锋衣那一行的来回里，三条判据各在哪？第二，第四节与第五节判断权怎样搬了家，岗位怎样成为正在成形的活？第三，第六节至第十一节团队、公司两层，被截断的路，一次坏的来回，三层怎样互相托住？</w:t>
      </w:r>
    </w:p>
    <w:p>
      <w:pPr>
        <w:pStyle w:val="Heading2"/>
      </w:pPr>
      <w:r>
        <w:t>先答：保留自己的起点</w:t>
      </w:r>
    </w:p>
    <w:p/>
    <w:p/>
    <w:p/>
    <w:p>
      <w:pPr>
        <w:pStyle w:val="Heading2"/>
      </w:pPr>
      <w:r>
        <w:t>读后追问</w:t>
      </w:r>
    </w:p>
    <w:p>
      <w:r>
        <w:t>核对要点：康晓雯的补货单是构想；判断权搬家；岗位说明书写的还是三年前那套；职员-AI、团队-AI、公司-AI 三层是土与芽的关系，不是上下级命令；公司-AI 是托底的位置，巨型组织蹲下来；一次坏的来回：三条判据一条都没有；三个月后的复盘（第十二节）；设想，待验。失败条件：把本章读成已成熟的管理模式，是没读到位；若同一场景中“好的周一”和“坏的周一”之间的差别不在来回而在别处，本章判断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第十编 · 企业管理：谁在做事</w:t>
      </w:r>
    </w:p>
    <w:p>
      <w:pPr>
        <w:pStyle w:val="Heading1"/>
      </w:pPr>
      <w:r>
        <w:t>43  第43章：年底的那张打分表</w:t>
      </w:r>
    </w:p>
    <w:p>
      <w:r>
        <w:t>第 43 章　年底的那张打分表 · 原文：https://sdeuniverses.com/books/m/556/text/#s58</w:t>
      </w:r>
    </w:p>
    <w:p>
      <w:pPr>
        <w:pStyle w:val="Heading2"/>
      </w:pPr>
      <w:r>
        <w:t>带着问读</w:t>
      </w:r>
    </w:p>
    <w:p>
      <w:r>
        <w:t>先想：年底打分，你更希望被量“做了多少”，还是“来回长出了什么”？再读第43章：第一，第二节与第三节旧尺子量的是什么，新尺子的三个问句是什么？第二，第四节与第五节晋升的新读法，绕圈还是开出新地？第三，第六节至第十节管理对象怎样换了，对管理者的几句话，新尺子的三个陷阱是什么？</w:t>
      </w:r>
    </w:p>
    <w:p>
      <w:pPr>
        <w:pStyle w:val="Heading2"/>
      </w:pPr>
      <w:r>
        <w:t>先答：保留自己的起点</w:t>
      </w:r>
    </w:p>
    <w:p/>
    <w:p/>
    <w:p/>
    <w:p>
      <w:pPr>
        <w:pStyle w:val="Heading2"/>
      </w:pPr>
      <w:r>
        <w:t>读后追问</w:t>
      </w:r>
    </w:p>
    <w:p>
      <w:r>
        <w:t>核对要点：新尺子三问：这一年你和你的 AI 有哪几次来回让对方的下一步变了；这些来回留下了什么让起点不一样；出过哪些错、谁认的；新尺子是在旁边加的，不取代旧读数；三个陷阱：被刷、被人情利用、被当成新的椅子；管理变成备一块让复合主体诞生的土；小公司大公司起手不同；不替具体公司定奖金。失败条件：把本章读成现成的绩效方案，是没读到位；若三问一挂钩就很快被刷成漂亮记录而仍被认为有效，新尺子要重写；若旧尺子足以量出来回，本章判断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第十一编 · 艺术：谁在创作</w:t>
      </w:r>
    </w:p>
    <w:p>
      <w:pPr>
        <w:pStyle w:val="Heading1"/>
      </w:pPr>
      <w:r>
        <w:t>44  第44章：这幅画是谁画的</w:t>
      </w:r>
    </w:p>
    <w:p>
      <w:r>
        <w:t>第 44 章　这幅画是谁画的 · 原文：https://sdeuniverses.com/books/m/556/text/#s60</w:t>
      </w:r>
    </w:p>
    <w:p>
      <w:pPr>
        <w:pStyle w:val="Heading2"/>
      </w:pPr>
      <w:r>
        <w:t>带着问读</w:t>
      </w:r>
    </w:p>
    <w:p>
      <w:r>
        <w:t>先想：客户选中了那个“一笔一笔画出来的”方案，是在选画，还是在选一个人？再读第44章：第一，第二节与第三节客户那句话背后站着什么样的人？第二，第四节与第六节天才的故事、画家的养成怎样把先在的画家加固？第三，第七节至第十节原作、署名、小便池的那一刀，这一次动的是哪里？</w:t>
      </w:r>
    </w:p>
    <w:p>
      <w:pPr>
        <w:pStyle w:val="Heading2"/>
      </w:pPr>
      <w:r>
        <w:t>先答：保留自己的起点</w:t>
      </w:r>
    </w:p>
    <w:p/>
    <w:p/>
    <w:p/>
    <w:p>
      <w:pPr>
        <w:pStyle w:val="Heading2"/>
      </w:pPr>
      <w:r>
        <w:t>读后追问</w:t>
      </w:r>
    </w:p>
    <w:p>
      <w:r>
        <w:t>核对要点：先在的画家是被故事、教育养成加固的；灵感曾经不归人（第五节）；原作的那层光、署名是一张支票；署名从来不只是说“这是我的”，另一半是“这一路我认账”；小便池曾拆过一块地基；AI 若只是又一个小便池，还好；这一次动的是“先在的创作者”。失败条件：把本章读成否定天才或艺术家，是没读到位；若能证明创作者先于作品而在的画面在艺术史上从未被故事和制度加固，本章判断要收回。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第十一编 · 艺术：谁在创作</w:t>
      </w:r>
    </w:p>
    <w:p>
      <w:pPr>
        <w:pStyle w:val="Heading1"/>
      </w:pPr>
      <w:r>
        <w:t>45  第45章：三种说法，各砍在哪一刀</w:t>
      </w:r>
    </w:p>
    <w:p>
      <w:r>
        <w:t>第 45 章　三种说法，各砍在哪一刀 · 原文：https://sdeuniverses.com/books/m/556/text/#s61</w:t>
      </w:r>
    </w:p>
    <w:p>
      <w:pPr>
        <w:pStyle w:val="Heading2"/>
      </w:pPr>
      <w:r>
        <w:t>带着问读</w:t>
      </w:r>
    </w:p>
    <w:p>
      <w:r>
        <w:t>先想：一桌饭吵成三头：“不是艺术”“人人都是艺术家”“毁掉市场”，每一头砍在哪里？再读第45章：第一，第二节至第四节“AI 画的不是艺术”砍在“火”上，对的三处是什么？第二，第五节至第七节“人人都是艺术家”砍在“人人”上？第三，第八节至第十节“AI 要毁掉艺术市场”砍在“市场”上，最重的对的一处是什么？</w:t>
      </w:r>
    </w:p>
    <w:p>
      <w:pPr>
        <w:pStyle w:val="Heading2"/>
      </w:pPr>
      <w:r>
        <w:t>先答：保留自己的起点</w:t>
      </w:r>
    </w:p>
    <w:p/>
    <w:p/>
    <w:p/>
    <w:p>
      <w:pPr>
        <w:pStyle w:val="Heading2"/>
      </w:pPr>
      <w:r>
        <w:t>读后追问</w:t>
      </w:r>
    </w:p>
    <w:p>
      <w:r>
        <w:t>核对要点：老贺那一刀砍在“火”上，阿桐砍在“人人”上，蔡姐砍在“市场”上；各有对的三处，蔡姐对在“痛是真的”；三种说法共享同一个地基（第十一节）；第十二节一场没人吵的失败：蔡姐没看清的那一层。本书不判定“AI 算不算艺术”，先问“这是怎么来的”。失败条件：把本章读成宣布 AI 作品是不是艺术，是没读到位；若三种说法都不依赖“先在的创作者”仍成立，“同一个地基”要收回。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第十一编 · 艺术：谁在创作</w:t>
      </w:r>
    </w:p>
    <w:p>
      <w:pPr>
        <w:pStyle w:val="Heading1"/>
      </w:pPr>
      <w:r>
        <w:t>46  第46章：照相机来了以后</w:t>
      </w:r>
    </w:p>
    <w:p>
      <w:r>
        <w:t>第 46 章　照相机来了以后 · 原文：https://sdeuniverses.com/books/m/556/text/#s62</w:t>
      </w:r>
    </w:p>
    <w:p>
      <w:pPr>
        <w:pStyle w:val="Heading2"/>
      </w:pPr>
      <w:r>
        <w:t>带着问读</w:t>
      </w:r>
    </w:p>
    <w:p>
      <w:r>
        <w:t>先想：照相机来了以后，画家是变强了，还是换了地方？再读第46章：第一，第二节与第四节印象派不是画家变强了，荣耀怎样从真与善搬到美？第二，第五节与第六节邓溪那个晚上三条判据在哪，艺术家-AI 是谁不是谁？第三，第七节至第九节风格成了谱，火只能验一次，一次写错的账？</w:t>
      </w:r>
    </w:p>
    <w:p>
      <w:pPr>
        <w:pStyle w:val="Heading2"/>
      </w:pPr>
      <w:r>
        <w:t>先答：保留自己的起点</w:t>
      </w:r>
    </w:p>
    <w:p/>
    <w:p/>
    <w:p/>
    <w:p>
      <w:pPr>
        <w:pStyle w:val="Heading2"/>
      </w:pPr>
      <w:r>
        <w:t>读后追问</w:t>
      </w:r>
    </w:p>
    <w:p>
      <w:r>
        <w:t>核对要点：荣耀从真与善搬到美；邓溪的来回是构想；艺术家-AI 不是“谁变强了”；风格成了谱；艺术这一行的难处：火只能验一次（第八节）；必须讲一次失败（第九节）；同一个软件换一个人坐下不同（第十节）；新的位置；第十二节老实交代缺口：不知道算不算的那一半。失败条件：把本章读成“AI 提升了艺术”，是没读到位；若同一软件换人坐下并无差别，或来回里找不到火被读出来的证据，本章判断要收回。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第十一编 · 艺术：谁在创作</w:t>
      </w:r>
    </w:p>
    <w:p>
      <w:pPr>
        <w:pStyle w:val="Heading1"/>
      </w:pPr>
      <w:r>
        <w:t>47  第47章：千人千版之后，哪一件是原作</w:t>
      </w:r>
    </w:p>
    <w:p>
      <w:r>
        <w:t>第 47 章　千人千版之后，哪一件是原作 · 原文：https://sdeuniverses.com/books/m/556/text/#s63</w:t>
      </w:r>
    </w:p>
    <w:p>
      <w:pPr>
        <w:pStyle w:val="Heading2"/>
      </w:pPr>
      <w:r>
        <w:t>带着问读</w:t>
      </w:r>
    </w:p>
    <w:p>
      <w:r>
        <w:t>先想：六十岁生日的那面墙上挂了八张画，哪一张是“同一件作品”？再读第47章：第一，第二节与第四节音乐早就这样过，同一是谱不是锚？第二，第五节至第七节火只能验一次谁来验，品评圈与来路档案是什么？第三，第八节至第十节市场再看一眼，创作怎样成为健脑的艺术，幸福律怎样升级？</w:t>
      </w:r>
    </w:p>
    <w:p>
      <w:pPr>
        <w:pStyle w:val="Heading2"/>
      </w:pPr>
      <w:r>
        <w:t>先答：保留自己的起点</w:t>
      </w:r>
    </w:p>
    <w:p/>
    <w:p/>
    <w:p/>
    <w:p>
      <w:pPr>
        <w:pStyle w:val="Heading2"/>
      </w:pPr>
      <w:r>
        <w:t>读后追问</w:t>
      </w:r>
    </w:p>
    <w:p>
      <w:r>
        <w:t>核对要点：同一件作品不靠一个不动的原作，靠一条有来路、被许多互不相干的眼睛认过的线；品评圈和来路档案；市场再看一眼；创作成为健脑的艺术；幸福律：先有张力，再经转换，最后释放；同一本书不是同一本书（第十二节）；本编待验。失败条件：把本章读成“原作不再重要”，是没读到位；若品评圈需要一个不动的中心裁判才能维持可对照，“互为留底”要收回（附录三第八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第十二编 · 主体性文明</w:t>
      </w:r>
    </w:p>
    <w:p>
      <w:pPr>
        <w:pStyle w:val="Heading1"/>
      </w:pPr>
      <w:r>
        <w:t>48  第48章：十行一张表</w:t>
      </w:r>
    </w:p>
    <w:p>
      <w:r>
        <w:t>第 48 章　十行一张表 · 原文：https://sdeuniverses.com/books/m/556/text/#s65</w:t>
      </w:r>
    </w:p>
    <w:p>
      <w:pPr>
        <w:pStyle w:val="Heading2"/>
      </w:pPr>
      <w:r>
        <w:t>带着问读</w:t>
      </w:r>
    </w:p>
    <w:p>
      <w:r>
        <w:t>先想：把十行的争论并排摆开，你能看出哪一栏是同一句话吗？再读第48章：第一，第二节至第四节十行摆在一起，先在的“谁”与三种误读姿势是什么？第二，第五节与第六节角色-AI 一栏与重新发问一栏怎样读？第三，第七节与第八节十行的不同之处，这张表怎么用？</w:t>
      </w:r>
    </w:p>
    <w:p>
      <w:pPr>
        <w:pStyle w:val="Heading2"/>
      </w:pPr>
      <w:r>
        <w:t>先答：保留自己的起点</w:t>
      </w:r>
    </w:p>
    <w:p/>
    <w:p/>
    <w:p/>
    <w:p>
      <w:pPr>
        <w:pStyle w:val="Heading2"/>
      </w:pPr>
      <w:r>
        <w:t>读后追问</w:t>
      </w:r>
    </w:p>
    <w:p>
      <w:r>
        <w:t>核对要点：十个先在的“谁”、三十种说法归为三种姿势、十个角色-AI、十个重新发问；先在之谁的厚度不同（法律厚、心理咨询薄、艺术家年轻），晃是同时，倒不是同时；格子是同一个结构，里面的东西不能抄来抄去；表是练习用的格子纸；十行里最少被问的那个问题；十行之外还有农业、军事、宗教、体育、家庭。失败条件：把表读成十行的预测，是没读到位；若各行争论彼此独立、不共享先在之谁，表就是巧合，本章判断要收回（附录三第五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第十二编 · 主体性文明</w:t>
      </w:r>
    </w:p>
    <w:p>
      <w:pPr>
        <w:pStyle w:val="Heading1"/>
      </w:pPr>
      <w:r>
        <w:t>49  第49章：从统一性到同一性谱系</w:t>
      </w:r>
    </w:p>
    <w:p>
      <w:r>
        <w:t>第 49 章　从统一性到同一性谱系 · 原文：https://sdeuniverses.com/books/m/556/text/#s66</w:t>
      </w:r>
    </w:p>
    <w:p>
      <w:pPr>
        <w:pStyle w:val="Heading2"/>
      </w:pPr>
      <w:r>
        <w:t>带着问读</w:t>
      </w:r>
    </w:p>
    <w:p>
      <w:r>
        <w:t>先想：一道题，三个人给出三个答案，我们要怎样对照？再读第49章：第一，第二节至第四节统一为什么成了习惯，两端共用的默认是什么，AI 怎样同时击穿两端？第二，第五节至第八节谱系是什么，统一性怎样退成地基，新主体不只一个样子，谱系会生什么病（镜子、茧房、自签）？第三，第九节与最后几节 十行里的谱系，为什么不能一把拆光，知识的点、技术的路、艺术的火？</w:t>
      </w:r>
    </w:p>
    <w:p>
      <w:pPr>
        <w:pStyle w:val="Heading2"/>
      </w:pPr>
      <w:r>
        <w:t>先答：保留自己的起点</w:t>
      </w:r>
    </w:p>
    <w:p/>
    <w:p/>
    <w:p/>
    <w:p>
      <w:pPr>
        <w:pStyle w:val="Heading2"/>
      </w:pPr>
      <w:r>
        <w:t>读后追问</w:t>
      </w:r>
    </w:p>
    <w:p>
      <w:r>
        <w:t>核对要点：统一性的两端被 AI 同时击穿；同一性靠谱系，谱系之间互为留底，不靠一个不动的锚；统一性没有消失而是退成地基；谱系的三种病：镜子、茧房、自签，是谱系之间不再互相留底；谱系要花功夫才修得起，余裕不均会变成新的不平等；与第 402 号专著相接。失败条件：把本章读成“统一教材、标准、考试都该拆”，是没读到位；若谱系必须有一个不动的中心裁判才能对照，“互为留底”要收回（附录三第八条）。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第十二编 · 主体性文明</w:t>
      </w:r>
    </w:p>
    <w:p>
      <w:pPr>
        <w:pStyle w:val="Heading1"/>
      </w:pPr>
      <w:r>
        <w:t>50  第50章：主体性文明</w:t>
      </w:r>
    </w:p>
    <w:p>
      <w:r>
        <w:t>第 50 章　主体性文明 · 原文：https://sdeuniverses.com/books/m/556/text/#s67</w:t>
      </w:r>
    </w:p>
    <w:p>
      <w:pPr>
        <w:pStyle w:val="Heading2"/>
      </w:pPr>
      <w:r>
        <w:t>带着问读</w:t>
      </w:r>
    </w:p>
    <w:p>
      <w:r>
        <w:t>先想：凌晨一点刷短视频的那个你，是被喂养，还是在生产“我的”什么？再读第50章：第一，第二节与第三节一条老规律“工具来了让渡才来”，从“我们的知识”到“我的知识”？第二，第四节与第五节二等公民论为什么推理成立前提错，公民的升级是什么？第三，第六节与第七节焦虑的两半是什么，五件要有人办的实事是什么？</w:t>
      </w:r>
    </w:p>
    <w:p>
      <w:pPr>
        <w:pStyle w:val="Heading2"/>
      </w:pPr>
      <w:r>
        <w:t>先答：保留自己的起点</w:t>
      </w:r>
    </w:p>
    <w:p/>
    <w:p/>
    <w:p/>
    <w:p>
      <w:pPr>
        <w:pStyle w:val="Heading2"/>
      </w:pPr>
      <w:r>
        <w:t>读后追问</w:t>
      </w:r>
    </w:p>
    <w:p>
      <w:r>
        <w:t>核对要点：从物的生产到思想的生产；二等公民论：推理成立，前提错；公民的资格从拥有多少统一凭证，换到在自己的处境里让对得上的东西发生，新权利是留底、更正、退出；焦虑的错位那一半随旧问法消失，真实的代价留下并有处可去；五件实事：余裕、集中、迎合、过渡、安全；腿与车；新的不安。与第 460 号专著相接。失败条件：把本章读成“一切都会好”，是没读到位；若焦虑与困惑在问话主语换成角色-AI 以后没有任何可观察的变化，“主体性错位”作为来源要收回（附录三第十条）。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第十二编 · 主体性文明</w:t>
      </w:r>
    </w:p>
    <w:p>
      <w:pPr>
        <w:pStyle w:val="Heading1"/>
      </w:pPr>
      <w:r>
        <w:t>51  第51章：理论之前先问「谁」</w:t>
      </w:r>
    </w:p>
    <w:p>
      <w:r>
        <w:t>第 51 章　理论之前先问「谁」 · 原文：https://sdeuniverses.com/books/m/556/text/#s68</w:t>
      </w:r>
    </w:p>
    <w:p>
      <w:pPr>
        <w:pStyle w:val="Heading2"/>
      </w:pPr>
      <w:r>
        <w:t>带着问读</w:t>
      </w:r>
    </w:p>
    <w:p>
      <w:r>
        <w:t>先想：如果让你回答“框架性承认”这个问题，你会不会先去找一位大师？再读第51章：第一，第二节与第三节三处默认为什么给出同一个答案，三层问题的顺序？第二，第四节与第五节普适的是什么，框架性的东西是什么？第三，第六节与第七节需要大师吗，本书自认的弱处是什么？</w:t>
      </w:r>
    </w:p>
    <w:p>
      <w:pPr>
        <w:pStyle w:val="Heading2"/>
      </w:pPr>
      <w:r>
        <w:t>先答：保留自己的起点</w:t>
      </w:r>
    </w:p>
    <w:p/>
    <w:p/>
    <w:p/>
    <w:p>
      <w:pPr>
        <w:pStyle w:val="Heading2"/>
      </w:pPr>
      <w:r>
        <w:t>读后追问</w:t>
      </w:r>
    </w:p>
    <w:p>
      <w:r>
        <w:t>核对要点：普适的是发生律，不是知识内容；框架性的东西不是一套声称普遍的理论，而是新主体怎样诞生的问法；不需要等任何大师，每一行、每个人都问得；全书压成六个字：先问谁，再谈理论；本书自认的弱处；给不同意的人；写给提出问题的人。对阚阅只转述公开发言大意。失败条件：把本章读成对某位学者的回应胜负，是没读到位；若框架性承认确可只靠一套声称普遍的理论取得，“先问谁，再谈理论”要收回；全书可证伪清单见附录三。</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